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Commission de Recours Amiable</w:t>
      </w:r>
    </w:p>
    <w:p>
      <w:pPr>
        <w:spacing w:after="0"/>
        <w:jc w:val="right"/>
      </w:pPr>
      <w:r>
        <w:rPr>
          <w:b w:val="0"/>
        </w:rPr>
        <w:t>Caisse Primaire d'Assurance Maladie de Paris</w:t>
      </w:r>
    </w:p>
    <w:p>
      <w:pPr>
        <w:spacing w:after="0"/>
        <w:jc w:val="right"/>
      </w:pPr>
      <w:r>
        <w:rPr>
          <w:b w:val="0"/>
        </w:rPr>
        <w:t>21 rue Georges Auric</w:t>
      </w:r>
    </w:p>
    <w:p>
      <w:pPr>
        <w:spacing w:after="0"/>
        <w:jc w:val="right"/>
      </w:pPr>
      <w:r>
        <w:rPr>
          <w:b w:val="0"/>
        </w:rPr>
        <w:t>75019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Contestation de la décision d'invalidité du </w:t>
      </w:r>
      <w:r>
        <w:rPr>
          <w:b/>
          <w:color w:val="2446A6"/>
        </w:rPr>
        <w:t>[date de notification]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conteste la décision d'invalidité notifiée le </w:t>
      </w:r>
      <w:r>
        <w:rPr>
          <w:b w:val="0"/>
          <w:color w:val="2446A6"/>
        </w:rPr>
        <w:t>[date de notification]</w:t>
      </w:r>
      <w:r>
        <w:rPr>
          <w:b w:val="0"/>
        </w:rPr>
        <w:t xml:space="preserve">, par laquelle vous avez </w:t>
      </w:r>
      <w:r>
        <w:rPr>
          <w:b w:val="0"/>
          <w:color w:val="2446A6"/>
        </w:rPr>
        <w:t>[refusé de me reconnaître invalide / classé en invalidité 1ère catégorie]</w:t>
      </w:r>
      <w:r>
        <w:rPr>
          <w:b w:val="0"/>
        </w:rPr>
        <w:t>.</w:t>
      </w:r>
    </w:p>
    <w:p>
      <w:r>
        <w:rPr>
          <w:b w:val="0"/>
        </w:rPr>
        <w:t xml:space="preserve">Cette décision ne correspond pas à mon état de santé réel. En effet, depuis le </w:t>
      </w:r>
      <w:r>
        <w:rPr>
          <w:b w:val="0"/>
          <w:color w:val="2446A6"/>
        </w:rPr>
        <w:t>[date de consolidation]</w:t>
      </w:r>
      <w:r>
        <w:rPr>
          <w:b w:val="0"/>
        </w:rPr>
        <w:t xml:space="preserve">, mon état s'est aggravé comme en témoigne le certificat médical du docteur </w:t>
      </w:r>
      <w:r>
        <w:rPr>
          <w:b w:val="0"/>
          <w:color w:val="2446A6"/>
        </w:rPr>
        <w:t>[nom du médecin]</w:t>
      </w:r>
      <w:r>
        <w:rPr>
          <w:b w:val="0"/>
        </w:rPr>
        <w:t xml:space="preserve"> joint, qui établit un taux d'incapacité de </w:t>
      </w:r>
      <w:r>
        <w:rPr>
          <w:b w:val="0"/>
          <w:color w:val="2446A6"/>
        </w:rPr>
        <w:t>[taux]</w:t>
      </w:r>
      <w:r>
        <w:rPr>
          <w:b w:val="0"/>
        </w:rPr>
        <w:t>% et une capacité de travail restante inférieure à un tiers.</w:t>
      </w:r>
    </w:p>
    <w:p>
      <w:r>
        <w:rPr>
          <w:b w:val="0"/>
        </w:rPr>
        <w:t xml:space="preserve">Je joins également les comptes rendus d'examens suivants : </w:t>
      </w:r>
      <w:r>
        <w:rPr>
          <w:b w:val="0"/>
          <w:color w:val="2446A6"/>
        </w:rPr>
        <w:t>[liste des examens]</w:t>
      </w:r>
      <w:r>
        <w:rPr>
          <w:b w:val="0"/>
        </w:rPr>
        <w:t xml:space="preserve">. Ces éléments démontrent que je ne peux plus exercer mon activité professionnelle de </w:t>
      </w:r>
      <w:r>
        <w:rPr>
          <w:b w:val="0"/>
          <w:color w:val="2446A6"/>
        </w:rPr>
        <w:t>[profession]</w:t>
      </w:r>
      <w:r>
        <w:rPr>
          <w:b w:val="0"/>
        </w:rPr>
        <w:t xml:space="preserve"> dans des conditions normales.</w:t>
      </w:r>
    </w:p>
    <w:p>
      <w:r>
        <w:rPr>
          <w:b w:val="0"/>
        </w:rPr>
        <w:t>Je sollicite donc un réexamen de mon dossier par la Commission Médicale de Recours Amiable, et demande à être convoqué pour une expertise médicale si nécessaire.</w:t>
      </w:r>
    </w:p>
    <w:p>
      <w:r>
        <w:rPr>
          <w:b w:val="0"/>
        </w:rPr>
        <w:t>Dans l'attente, je vous prie d'agréer, Madame, Monsieur, l'expression de mes salutations distinguées.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Pièces jointes : certificat médical du docteur </w:t>
      </w:r>
      <w:r>
        <w:rPr>
          <w:b w:val="0"/>
          <w:color w:val="2446A6"/>
        </w:rPr>
        <w:t>[nom]</w:t>
      </w:r>
      <w:r>
        <w:rPr>
          <w:b w:val="0"/>
        </w:rPr>
        <w:t>, comptes rendus d'examens, copie de la décision contestée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d'une décision d'invalidité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