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Ministère de l'Intérieur</w:t>
      </w:r>
    </w:p>
    <w:p>
      <w:pPr>
        <w:spacing w:after="0"/>
        <w:jc w:val="right"/>
      </w:pPr>
      <w:r>
        <w:rPr>
          <w:b w:val="0"/>
        </w:rPr>
        <w:t>Centre National de Traitement des Permis de Conduire</w:t>
      </w:r>
    </w:p>
    <w:p>
      <w:pPr>
        <w:spacing w:after="0"/>
        <w:jc w:val="right"/>
      </w:pPr>
      <w:r>
        <w:rPr>
          <w:b w:val="0"/>
        </w:rPr>
        <w:t>BP 2058, 53005 Laval Cedex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Contestation du retrait de points pour une infraction commise par un autre conducteur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lettre 48N du </w:t>
      </w:r>
      <w:r>
        <w:rPr>
          <w:b w:val="0"/>
          <w:color w:val="2446A6"/>
        </w:rPr>
        <w:t>[15 mai 2026]</w:t>
      </w:r>
      <w:r>
        <w:rPr>
          <w:b w:val="0"/>
        </w:rPr>
        <w:t xml:space="preserve">, vous m'avez informé d'un retrait de </w:t>
      </w:r>
      <w:r>
        <w:rPr>
          <w:b w:val="0"/>
          <w:color w:val="2446A6"/>
        </w:rPr>
        <w:t>[4 points]</w:t>
      </w:r>
      <w:r>
        <w:rPr>
          <w:b w:val="0"/>
        </w:rPr>
        <w:t xml:space="preserve"> sur mon permis de conduire n° </w:t>
      </w:r>
      <w:r>
        <w:rPr>
          <w:b w:val="0"/>
          <w:color w:val="2446A6"/>
        </w:rPr>
        <w:t>[12AB3456789]</w:t>
      </w:r>
      <w:r>
        <w:rPr>
          <w:b w:val="0"/>
        </w:rPr>
        <w:t xml:space="preserve">, consécutif à une infraction constatée le </w:t>
      </w:r>
      <w:r>
        <w:rPr>
          <w:b w:val="0"/>
          <w:color w:val="2446A6"/>
        </w:rPr>
        <w:t>[3 mars 2026]</w:t>
      </w:r>
      <w:r>
        <w:rPr>
          <w:b w:val="0"/>
        </w:rPr>
        <w:t xml:space="preserve"> à </w:t>
      </w:r>
      <w:r>
        <w:rPr>
          <w:b w:val="0"/>
          <w:color w:val="2446A6"/>
        </w:rPr>
        <w:t>[15h42]</w:t>
      </w:r>
      <w:r>
        <w:rPr>
          <w:b w:val="0"/>
        </w:rPr>
        <w:t xml:space="preserve"> sur la </w:t>
      </w:r>
      <w:r>
        <w:rPr>
          <w:b w:val="0"/>
          <w:color w:val="2446A6"/>
        </w:rPr>
        <w:t>[RD 910]</w:t>
      </w:r>
      <w:r>
        <w:rPr>
          <w:b w:val="0"/>
        </w:rPr>
        <w:t xml:space="preserve"> à </w:t>
      </w:r>
      <w:r>
        <w:rPr>
          <w:b w:val="0"/>
          <w:color w:val="2446A6"/>
        </w:rPr>
        <w:t>[Villeneuve-Saint-Georges]</w:t>
      </w:r>
      <w:r>
        <w:rPr>
          <w:b w:val="0"/>
        </w:rPr>
        <w:t xml:space="preserve">, avec le véhicule immatriculé </w:t>
      </w:r>
      <w:r>
        <w:rPr>
          <w:b w:val="0"/>
          <w:color w:val="2446A6"/>
        </w:rPr>
        <w:t>[AB-123-CD]</w:t>
      </w:r>
      <w:r>
        <w:rPr>
          <w:b w:val="0"/>
        </w:rPr>
        <w:t>.</w:t>
      </w:r>
    </w:p>
    <w:p>
      <w:r>
        <w:rPr>
          <w:b w:val="0"/>
        </w:rPr>
        <w:t xml:space="preserve">Le jour et à l'heure de cette infraction, je ne conduisais pas ce véhicule. Le conducteur était </w:t>
      </w:r>
      <w:r>
        <w:rPr>
          <w:b w:val="0"/>
          <w:color w:val="2446A6"/>
        </w:rPr>
        <w:t>[Emma Lefèvre]</w:t>
      </w:r>
      <w:r>
        <w:rPr>
          <w:b w:val="0"/>
        </w:rPr>
        <w:t xml:space="preserve">, née le </w:t>
      </w:r>
      <w:r>
        <w:rPr>
          <w:b w:val="0"/>
          <w:color w:val="2446A6"/>
        </w:rPr>
        <w:t>[17/08/1992]</w:t>
      </w:r>
      <w:r>
        <w:rPr>
          <w:b w:val="0"/>
        </w:rPr>
        <w:t xml:space="preserve">, demeurant </w:t>
      </w:r>
      <w:r>
        <w:rPr>
          <w:b w:val="0"/>
          <w:color w:val="2446A6"/>
        </w:rPr>
        <w:t>[24 rue des Lilas, 75019 Paris]</w:t>
      </w:r>
      <w:r>
        <w:rPr>
          <w:b w:val="0"/>
        </w:rPr>
        <w:t xml:space="preserve">, titulaire du permis de conduire n° </w:t>
      </w:r>
      <w:r>
        <w:rPr>
          <w:b w:val="0"/>
          <w:color w:val="2446A6"/>
        </w:rPr>
        <w:t>[98XY7654321]</w:t>
      </w:r>
      <w:r>
        <w:rPr>
          <w:b w:val="0"/>
        </w:rPr>
        <w:t>. Elle a signé une déclaration sur l'honneur, jointe à ce courrier, avec la copie de son permis et celle de la carte grise.</w:t>
      </w:r>
    </w:p>
    <w:p>
      <w:r>
        <w:rPr>
          <w:b w:val="0"/>
        </w:rPr>
        <w:t>L'article L121-1 du Code de la route dispose que le titulaire du certificat d'immatriculation est redevable de l'amende, mais peut s'exonérer du retrait de points en désignant le conducteur effectif. L'article L223-1 prévoit l'inscription du retrait au dossier du conducteur réel.</w:t>
      </w:r>
    </w:p>
    <w:p>
      <w:r>
        <w:rPr>
          <w:b w:val="0"/>
        </w:rPr>
        <w:t xml:space="preserve">Je vous demande l'annulation du retrait de points sur mon dossier de permis, le report de ces points sur le permis de </w:t>
      </w:r>
      <w:r>
        <w:rPr>
          <w:b w:val="0"/>
          <w:color w:val="2446A6"/>
        </w:rPr>
        <w:t>[Emma Lefèvre]</w:t>
      </w:r>
      <w:r>
        <w:rPr>
          <w:b w:val="0"/>
        </w:rPr>
        <w:t xml:space="preserve">, et, si l'amende forfaitaire de </w:t>
      </w:r>
      <w:r>
        <w:rPr>
          <w:b w:val="0"/>
          <w:color w:val="2446A6"/>
        </w:rPr>
        <w:t>[135 €]</w:t>
      </w:r>
      <w:r>
        <w:rPr>
          <w:b w:val="0"/>
        </w:rPr>
        <w:t xml:space="preserve"> a été acquittée, le remboursement de cette somme selon l'article 530 du Code de procédure pénale.</w:t>
      </w:r>
    </w:p>
    <w:p>
      <w:r>
        <w:rPr>
          <w:b w:val="0"/>
        </w:rPr>
        <w:t>Je reste à votre disposition pour toute précision complémentaire.</w:t>
      </w:r>
    </w:p>
    <w:p>
      <w:r>
        <w:rPr>
          <w:b w:val="0"/>
        </w:rPr>
        <w:t>Je vous prie d'agréer, Madame, Monsieur,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Pièces jointes : déclaration signée d'</w:t>
      </w:r>
      <w:r>
        <w:rPr>
          <w:b w:val="0"/>
          <w:color w:val="2446A6"/>
        </w:rPr>
        <w:t>[Emma Lefèvre]</w:t>
      </w:r>
      <w:r>
        <w:rPr>
          <w:b w:val="0"/>
        </w:rPr>
        <w:t>, copie de son permis de conduire, copie du certificat d'immatriculation, copie de la lettre 48N.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Contestation d'un retrait de points pour un autre conducteur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