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Ma chérie,</w:t>
      </w:r>
    </w:p>
    <w:p>
      <w:r>
        <w:rPr>
          <w:b w:val="0"/>
        </w:rPr>
        <w:t xml:space="preserve">Il y a </w:t>
      </w:r>
      <w:r>
        <w:rPr>
          <w:b w:val="0"/>
          <w:color w:val="2446A6"/>
        </w:rPr>
        <w:t>[trois ans et quatre mois]</w:t>
      </w:r>
      <w:r>
        <w:rPr>
          <w:b w:val="0"/>
        </w:rPr>
        <w:t xml:space="preserve">, tu m'as dit oui pour un café à </w:t>
      </w:r>
      <w:r>
        <w:rPr>
          <w:b w:val="0"/>
          <w:color w:val="2446A6"/>
        </w:rPr>
        <w:t>[la terrasse du marché]</w:t>
      </w:r>
      <w:r>
        <w:rPr>
          <w:b w:val="0"/>
        </w:rPr>
        <w:t xml:space="preserve"> et tu as renversé le sucre sur mes chaussures. Je suis rentré chez moi ce jour-là en sachant que je venais de rencontrer quelqu'un qui allait compter.</w:t>
      </w:r>
    </w:p>
    <w:p>
      <w:r>
        <w:rPr>
          <w:b w:val="0"/>
        </w:rPr>
        <w:t xml:space="preserve">Depuis, il y a eu </w:t>
      </w:r>
      <w:r>
        <w:rPr>
          <w:b w:val="0"/>
          <w:color w:val="2446A6"/>
        </w:rPr>
        <w:t>[le déménagement rue des Lilas]</w:t>
      </w:r>
      <w:r>
        <w:rPr>
          <w:b w:val="0"/>
        </w:rPr>
        <w:t xml:space="preserve">, </w:t>
      </w:r>
      <w:r>
        <w:rPr>
          <w:b w:val="0"/>
          <w:color w:val="2446A6"/>
        </w:rPr>
        <w:t>[la nuit où on a repeint la cuisine en vert olive à deux heures du matin]</w:t>
      </w:r>
      <w:r>
        <w:rPr>
          <w:b w:val="0"/>
        </w:rPr>
        <w:t xml:space="preserve">, </w:t>
      </w:r>
      <w:r>
        <w:rPr>
          <w:b w:val="0"/>
          <w:color w:val="2446A6"/>
        </w:rPr>
        <w:t>[ton fou rire devant la série qu'on regarde tous les dimanches]</w:t>
      </w:r>
      <w:r>
        <w:rPr>
          <w:b w:val="0"/>
        </w:rPr>
        <w:t>. Ce sont ces moments-là que je garde, pas les grands restaurants.</w:t>
      </w:r>
    </w:p>
    <w:p>
      <w:r>
        <w:rPr>
          <w:b w:val="0"/>
        </w:rPr>
        <w:t xml:space="preserve">Ce que j'aime chez toi, c'est </w:t>
      </w:r>
      <w:r>
        <w:rPr>
          <w:b w:val="0"/>
          <w:color w:val="2446A6"/>
        </w:rPr>
        <w:t>[ta façon de chanter faux quand tu prépares le dîner]</w:t>
      </w:r>
      <w:r>
        <w:rPr>
          <w:b w:val="0"/>
        </w:rPr>
        <w:t xml:space="preserve">, </w:t>
      </w:r>
      <w:r>
        <w:rPr>
          <w:b w:val="0"/>
          <w:color w:val="2446A6"/>
        </w:rPr>
        <w:t>[ta patience quand je perds mes clés pour la troisième fois de la semaine]</w:t>
      </w:r>
      <w:r>
        <w:rPr>
          <w:b w:val="0"/>
        </w:rPr>
        <w:t xml:space="preserve">, </w:t>
      </w:r>
      <w:r>
        <w:rPr>
          <w:b w:val="0"/>
          <w:color w:val="2446A6"/>
        </w:rPr>
        <w:t>[ta main qui cherche la mienne dans la voiture]</w:t>
      </w:r>
      <w:r>
        <w:rPr>
          <w:b w:val="0"/>
        </w:rPr>
        <w:t>. Tu rends les choses simples plus belles.</w:t>
      </w:r>
    </w:p>
    <w:p>
      <w:r>
        <w:rPr>
          <w:b w:val="0"/>
        </w:rPr>
        <w:t xml:space="preserve">Je ne sais pas ce que sera </w:t>
      </w:r>
      <w:r>
        <w:rPr>
          <w:b w:val="0"/>
          <w:color w:val="2446A6"/>
        </w:rPr>
        <w:t>[le printemps prochain]</w:t>
      </w:r>
      <w:r>
        <w:rPr>
          <w:b w:val="0"/>
        </w:rPr>
        <w:t xml:space="preserve">, mais je sais que je veux le passer avec toi, à </w:t>
      </w:r>
      <w:r>
        <w:rPr>
          <w:b w:val="0"/>
          <w:color w:val="2446A6"/>
        </w:rPr>
        <w:t>[refaire le balcon et à chercher des prénoms pour le chat qu'on n'a pas encore]</w:t>
      </w:r>
      <w:r>
        <w:rPr>
          <w:b w:val="0"/>
        </w:rPr>
        <w:t>. Merci d'être là, tous les jours, même les jours gris.</w:t>
      </w:r>
    </w:p>
    <w:p>
      <w:r>
        <w:rPr>
          <w:b w:val="0"/>
        </w:rPr>
        <w:t>Je t'aime.</w:t>
      </w:r>
    </w:p>
    <w:p>
      <w:r>
        <w:rPr>
          <w:b w:val="0"/>
        </w:rPr>
        <w:t>À toi, pour longtemps.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d'amour pour sa copine ou sa femme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