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l’entreprise]</w:t>
      </w:r>
    </w:p>
    <w:p>
      <w:pPr>
        <w:spacing w:after="0"/>
        <w:jc w:val="right"/>
      </w:pPr>
      <w:r>
        <w:rPr>
          <w:b w:val="0"/>
          <w:color w:val="2446A6"/>
        </w:rPr>
        <w:t>[Service du personnel]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Rupture anticipée d’un contrat à durée déterminée pour embauche en CDI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d’un contrat à durée déterminée au sein de votre entreprise depuis le </w:t>
      </w:r>
      <w:r>
        <w:rPr>
          <w:b w:val="0"/>
          <w:color w:val="2446A6"/>
        </w:rPr>
        <w:t>[date de début]</w:t>
      </w:r>
      <w:r>
        <w:rPr>
          <w:b w:val="0"/>
        </w:rPr>
        <w:t xml:space="preserve">, je vous informe de ma décision de le rompre avant son terme initialement prévu le </w:t>
      </w:r>
      <w:r>
        <w:rPr>
          <w:b w:val="0"/>
          <w:color w:val="2446A6"/>
        </w:rPr>
        <w:t>[date de fin]</w:t>
      </w:r>
      <w:r>
        <w:rPr>
          <w:b w:val="0"/>
        </w:rPr>
        <w:t>.</w:t>
      </w:r>
    </w:p>
    <w:p>
      <w:r>
        <w:rPr>
          <w:b w:val="0"/>
        </w:rPr>
        <w:t xml:space="preserve">Conformément à l’article L1243-2 du Code du travail, cette rupture anticipée est motivée par une embauche en contrat à durée indéterminée au sein de la société </w:t>
      </w:r>
      <w:r>
        <w:rPr>
          <w:b w:val="0"/>
          <w:color w:val="2446A6"/>
        </w:rPr>
        <w:t>[Nom de l’entreprise]</w:t>
      </w:r>
      <w:r>
        <w:rPr>
          <w:b w:val="0"/>
        </w:rPr>
        <w:t xml:space="preserve">, dont je joins la promesse d’embauche. Mon nouveau contrat débutera le </w:t>
      </w:r>
      <w:r>
        <w:rPr>
          <w:b w:val="0"/>
          <w:color w:val="2446A6"/>
        </w:rPr>
        <w:t>[date de début du CDI]</w:t>
      </w:r>
      <w:r>
        <w:rPr>
          <w:b w:val="0"/>
        </w:rPr>
        <w:t>.</w:t>
      </w:r>
    </w:p>
    <w:p>
      <w:r>
        <w:rPr>
          <w:b w:val="0"/>
        </w:rPr>
        <w:t xml:space="preserve">Je sollicite donc la résiliation de mon CDD à l’issue du préavis légal d’un jour par semaine de contrat, soit </w:t>
      </w:r>
      <w:r>
        <w:rPr>
          <w:b w:val="0"/>
          <w:color w:val="2446A6"/>
        </w:rPr>
        <w:t>[X]</w:t>
      </w:r>
      <w:r>
        <w:rPr>
          <w:b w:val="0"/>
        </w:rPr>
        <w:t xml:space="preserve"> jours, qui commencera à courir à la date de première présentation de ce courrier.</w:t>
      </w:r>
    </w:p>
    <w:p>
      <w:r>
        <w:rPr>
          <w:b w:val="0"/>
        </w:rPr>
        <w:t>Je reste à votre disposition pour organiser la passation de mes dossiers durant cette période.</w:t>
      </w:r>
    </w:p>
    <w:p>
      <w:r>
        <w:rPr>
          <w:b w:val="0"/>
        </w:rPr>
        <w:t>Je vous remercie de bien vouloir me délivrer un reçu pour solde de tout compte, un certificat de travail et l’attestation Pôle emploi à la fin de mon contrat.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Promesse d’embauche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d'un CDD pour un CDI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