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[Numéro et rue]</w:t>
      </w:r>
    </w:p>
    <w:p>
      <w:pPr>
        <w:spacing w:after="0"/>
      </w:pPr>
      <w:r>
        <w:rPr>
          <w:b w:val="0"/>
          <w:color w:val="2446A6"/>
        </w:rPr>
        <w:t>[Code postal Ville]</w:t>
      </w:r>
    </w:p>
    <w:p>
      <w:pPr>
        <w:spacing w:after="0"/>
      </w:pPr>
      <w:r>
        <w:rPr>
          <w:b w:val="0"/>
          <w:color w:val="2446A6"/>
        </w:rPr>
        <w:t>[Téléphone]</w:t>
      </w:r>
    </w:p>
    <w:p>
      <w:pPr>
        <w:spacing w:after="0"/>
      </w:pPr>
      <w:r>
        <w:rPr>
          <w:b w:val="0"/>
          <w:color w:val="2446A6"/>
        </w:rPr>
        <w:t>[Email]</w:t>
      </w:r>
    </w:p>
    <w:p/>
    <w:p>
      <w:pPr>
        <w:spacing w:after="0"/>
        <w:jc w:val="right"/>
      </w:pPr>
      <w:r>
        <w:rPr>
          <w:b w:val="0"/>
        </w:rPr>
        <w:t>Service Recrutement</w:t>
      </w:r>
    </w:p>
    <w:p>
      <w:pPr>
        <w:spacing w:after="0"/>
        <w:jc w:val="right"/>
      </w:pPr>
      <w:r>
        <w:rPr>
          <w:b w:val="0"/>
        </w:rPr>
        <w:t>Carrefour France</w:t>
      </w:r>
    </w:p>
    <w:p>
      <w:pPr>
        <w:spacing w:after="0"/>
        <w:jc w:val="right"/>
      </w:pPr>
      <w:r>
        <w:rPr>
          <w:b w:val="0"/>
        </w:rPr>
        <w:t>93 Avenue de Paris</w:t>
      </w:r>
    </w:p>
    <w:p>
      <w:pPr>
        <w:spacing w:after="0"/>
        <w:jc w:val="right"/>
      </w:pPr>
      <w:r>
        <w:rPr>
          <w:b w:val="0"/>
        </w:rPr>
        <w:t>91300 Massy</w:t>
      </w:r>
    </w:p>
    <w:p/>
    <w:p>
      <w:pPr>
        <w:jc w:val="right"/>
      </w:pPr>
      <w:r>
        <w:rPr>
          <w:b w:val="0"/>
        </w:rPr>
        <w:t xml:space="preserve">À </w:t>
      </w:r>
      <w:r>
        <w:rPr>
          <w:b w:val="0"/>
          <w:color w:val="2446A6"/>
        </w:rPr>
        <w:t>[Paris]</w:t>
      </w:r>
      <w:r>
        <w:rPr>
          <w:b w:val="0"/>
        </w:rPr>
        <w:t xml:space="preserve">, le </w:t>
      </w:r>
      <w:r>
        <w:rPr>
          <w:b w:val="0"/>
          <w:color w:val="2446A6"/>
        </w:rPr>
        <w:t>[12 juin 2026]</w:t>
      </w:r>
    </w:p>
    <w:p>
      <w:r>
        <w:rPr>
          <w:b/>
        </w:rPr>
        <w:t xml:space="preserve">Objet : Candidature à un contrat d'alternance en commerce – </w:t>
      </w:r>
      <w:r>
        <w:rPr>
          <w:b/>
          <w:color w:val="2446A6"/>
        </w:rPr>
        <w:t>[BTS MCO]</w:t>
      </w:r>
      <w:r>
        <w:rPr>
          <w:b/>
        </w:rPr>
        <w:t xml:space="preserve"> – Rentrée </w:t>
      </w:r>
      <w:r>
        <w:rPr>
          <w:b/>
          <w:color w:val="2446A6"/>
        </w:rPr>
        <w:t>[septembre 2026]</w:t>
      </w:r>
    </w:p>
    <w:p/>
    <w:p>
      <w:r>
        <w:rPr>
          <w:b w:val="0"/>
        </w:rPr>
        <w:t>Madame, Monsieur,</w:t>
      </w:r>
    </w:p>
    <w:p>
      <w:r>
        <w:rPr>
          <w:b w:val="0"/>
        </w:rPr>
        <w:t xml:space="preserve">Actuellement en </w:t>
      </w:r>
      <w:r>
        <w:rPr>
          <w:b w:val="0"/>
          <w:color w:val="2446A6"/>
        </w:rPr>
        <w:t>[première année de BTS Management Commercial Opérationnel]</w:t>
      </w:r>
      <w:r>
        <w:rPr>
          <w:b w:val="0"/>
        </w:rPr>
        <w:t xml:space="preserve"> au lycée </w:t>
      </w:r>
      <w:r>
        <w:rPr>
          <w:b w:val="0"/>
          <w:color w:val="2446A6"/>
        </w:rPr>
        <w:t>[Jean-Pierre Garnier]</w:t>
      </w:r>
      <w:r>
        <w:rPr>
          <w:b w:val="0"/>
        </w:rPr>
        <w:t xml:space="preserve">, je recherche une entreprise pour mon contrat d'alternance à compter de </w:t>
      </w:r>
      <w:r>
        <w:rPr>
          <w:b w:val="0"/>
          <w:color w:val="2446A6"/>
        </w:rPr>
        <w:t>[septembre 2026]</w:t>
      </w:r>
      <w:r>
        <w:rPr>
          <w:b w:val="0"/>
        </w:rPr>
        <w:t xml:space="preserve">. Votre enseigne, spécialisée dans </w:t>
      </w:r>
      <w:r>
        <w:rPr>
          <w:b w:val="0"/>
          <w:color w:val="2446A6"/>
        </w:rPr>
        <w:t>[la distribution de produits culturels et technologiques]</w:t>
      </w:r>
      <w:r>
        <w:rPr>
          <w:b w:val="0"/>
        </w:rPr>
        <w:t xml:space="preserve"> et présente sur </w:t>
      </w:r>
      <w:r>
        <w:rPr>
          <w:b w:val="0"/>
          <w:color w:val="2446A6"/>
        </w:rPr>
        <w:t>[12 départements]</w:t>
      </w:r>
      <w:r>
        <w:rPr>
          <w:b w:val="0"/>
        </w:rPr>
        <w:t>, correspond exactement au secteur dans lequel je souhaite acquérir une première expérience terrain.</w:t>
      </w:r>
    </w:p>
    <w:p>
      <w:r>
        <w:rPr>
          <w:b w:val="0"/>
        </w:rPr>
        <w:t xml:space="preserve">L'an passé, j'ai effectué un stage de </w:t>
      </w:r>
      <w:r>
        <w:rPr>
          <w:b w:val="0"/>
          <w:color w:val="2446A6"/>
        </w:rPr>
        <w:t>[six semaines]</w:t>
      </w:r>
      <w:r>
        <w:rPr>
          <w:b w:val="0"/>
        </w:rPr>
        <w:t xml:space="preserve"> au rayon </w:t>
      </w:r>
      <w:r>
        <w:rPr>
          <w:b w:val="0"/>
          <w:color w:val="2446A6"/>
        </w:rPr>
        <w:t>[micro-informatique]</w:t>
      </w:r>
      <w:r>
        <w:rPr>
          <w:b w:val="0"/>
        </w:rPr>
        <w:t xml:space="preserve"> de </w:t>
      </w:r>
      <w:r>
        <w:rPr>
          <w:b w:val="0"/>
          <w:color w:val="2446A6"/>
        </w:rPr>
        <w:t>[Electro Dépôt]</w:t>
      </w:r>
      <w:r>
        <w:rPr>
          <w:b w:val="0"/>
        </w:rPr>
        <w:t xml:space="preserve">, où j'ai participé à la réimplantation des linéaires selon le plan merchandising. J'ai intégré les objectifs de chiffre d'affaires hebdomadaire et suivi le taux de transformation des visiteurs en acheteurs, qui est passé de </w:t>
      </w:r>
      <w:r>
        <w:rPr>
          <w:b w:val="0"/>
          <w:color w:val="2446A6"/>
        </w:rPr>
        <w:t>[7 % à 11 %]</w:t>
      </w:r>
      <w:r>
        <w:rPr>
          <w:b w:val="0"/>
        </w:rPr>
        <w:t xml:space="preserve"> sur ma zone. Ce résultat m'a permis de comprendre l'impact direct du conseil client sur le panier moyen, qui a progressé de </w:t>
      </w:r>
      <w:r>
        <w:rPr>
          <w:b w:val="0"/>
          <w:color w:val="2446A6"/>
        </w:rPr>
        <w:t>[22 euros]</w:t>
      </w:r>
      <w:r>
        <w:rPr>
          <w:b w:val="0"/>
        </w:rPr>
        <w:t>.</w:t>
      </w:r>
    </w:p>
    <w:p>
      <w:r>
        <w:rPr>
          <w:b w:val="0"/>
        </w:rPr>
        <w:t xml:space="preserve">En alternance, je serais immédiatement opérationnel sur la tenue du rayon, l'encaissement et l'utilisation de votre outil de gestion des stocks. Je connais la réglementation sur les étiquetages et les promotions abusives, et j'ai l'habitude de renseigner les clients sur les garanties et les financements. Mon école organise les cours le </w:t>
      </w:r>
      <w:r>
        <w:rPr>
          <w:b w:val="0"/>
          <w:color w:val="2446A6"/>
        </w:rPr>
        <w:t>[lundi et mardi]</w:t>
      </w:r>
      <w:r>
        <w:rPr>
          <w:b w:val="0"/>
        </w:rPr>
        <w:t xml:space="preserve"> ; je pourrais être en entreprise le reste de la semaine dès le </w:t>
      </w:r>
      <w:r>
        <w:rPr>
          <w:b w:val="0"/>
          <w:color w:val="2446A6"/>
        </w:rPr>
        <w:t>[1er septembre]</w:t>
      </w:r>
      <w:r>
        <w:rPr>
          <w:b w:val="0"/>
        </w:rPr>
        <w:t>.</w:t>
      </w:r>
    </w:p>
    <w:p>
      <w:r>
        <w:rPr>
          <w:b w:val="0"/>
        </w:rPr>
        <w:t>Je me tiens à votre disposition pour un échange téléphonique ou une rencontre avec le tuteur, et je vous remercie de l'attention portée à cette candidature.</w:t>
      </w:r>
    </w:p>
    <w:p>
      <w:r>
        <w:rPr>
          <w:b w:val="0"/>
        </w:rPr>
        <w:t>Dans l'attente de votre réponse, je vous prie d'agréer, Madame, Monsieur, l'expression de mes salutations distinguées.</w:t>
      </w:r>
    </w:p>
    <w:p/>
    <w:p>
      <w:pPr>
        <w:jc w:val="right"/>
      </w:pPr>
      <w:r>
        <w:rPr>
          <w:b w:val="0"/>
          <w:color w:val="2446A6"/>
        </w:rPr>
        <w:t>[Lucas Martin]</w:t>
      </w:r>
    </w:p>
    <w:p/>
    <w:p>
      <w:r>
        <w:rPr>
          <w:b w:val="0"/>
        </w:rPr>
        <w:t>Pièce jointe : CV et relevé de notes du semestre 1</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motivation alternance commerce</dc:title>
  <dc:subject/>
  <dc:creator/>
  <cp:keywords/>
  <dc:description/>
  <cp:lastModifiedBy/>
  <cp:revision>1</cp:revision>
  <dcterms:created xsi:type="dcterms:W3CDTF">2013-12-23T23:15:00Z</dcterms:created>
  <dcterms:modified xsi:type="dcterms:W3CDTF">2013-12-23T23:15:00Z</dcterms:modified>
  <cp:category/>
</cp:coreProperties>
</file>