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Pr>
        <w:spacing w:after="0"/>
      </w:pPr>
      <w:r>
        <w:rPr>
          <w:b w:val="0"/>
          <w:color w:val="2446A6"/>
        </w:rPr>
        <w:t>[Email]</w:t>
      </w:r>
    </w:p>
    <w:p/>
    <w:p>
      <w:pPr>
        <w:spacing w:after="0"/>
        <w:jc w:val="right"/>
      </w:pPr>
      <w:r>
        <w:rPr>
          <w:b w:val="0"/>
        </w:rPr>
        <w:t>Service Recrutement</w:t>
      </w:r>
    </w:p>
    <w:p>
      <w:pPr>
        <w:spacing w:after="0"/>
        <w:jc w:val="right"/>
      </w:pPr>
      <w:r>
        <w:rPr>
          <w:b w:val="0"/>
          <w:color w:val="2446A6"/>
        </w:rPr>
        <w:t>[Nom du cabinet]</w:t>
      </w:r>
    </w:p>
    <w:p>
      <w:pPr>
        <w:spacing w:after="0"/>
        <w:jc w:val="right"/>
      </w:pPr>
      <w:r>
        <w:rPr>
          <w:b w:val="0"/>
          <w:color w:val="2446A6"/>
        </w:rPr>
        <w:t>[Adresse]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r>
        <w:rPr>
          <w:b/>
        </w:rPr>
        <w:t>Objet : Candidature pour une alternance en comptabilité</w:t>
      </w:r>
    </w:p>
    <w:p/>
    <w:p>
      <w:r>
        <w:rPr>
          <w:b w:val="0"/>
        </w:rPr>
        <w:t>Madame, Monsieur,</w:t>
      </w:r>
    </w:p>
    <w:p>
      <w:r>
        <w:rPr>
          <w:b w:val="0"/>
        </w:rPr>
        <w:t xml:space="preserve">Titulaire d’un </w:t>
      </w:r>
      <w:r>
        <w:rPr>
          <w:b w:val="0"/>
          <w:color w:val="2446A6"/>
        </w:rPr>
        <w:t>[BTS Comptabilité Gestion]</w:t>
      </w:r>
      <w:r>
        <w:rPr>
          <w:b w:val="0"/>
        </w:rPr>
        <w:t xml:space="preserve"> obtenu en </w:t>
      </w:r>
      <w:r>
        <w:rPr>
          <w:b w:val="0"/>
          <w:color w:val="2446A6"/>
        </w:rPr>
        <w:t>[juin 2025]</w:t>
      </w:r>
      <w:r>
        <w:rPr>
          <w:b w:val="0"/>
        </w:rPr>
        <w:t xml:space="preserve">, je recherche une alternance pour la rentrée </w:t>
      </w:r>
      <w:r>
        <w:rPr>
          <w:b w:val="0"/>
          <w:color w:val="2446A6"/>
        </w:rPr>
        <w:t>[septembre 2026]</w:t>
      </w:r>
      <w:r>
        <w:rPr>
          <w:b w:val="0"/>
        </w:rPr>
        <w:t xml:space="preserve"> dans le cadre d’un </w:t>
      </w:r>
      <w:r>
        <w:rPr>
          <w:b w:val="0"/>
          <w:color w:val="2446A6"/>
        </w:rPr>
        <w:t>[DCG]</w:t>
      </w:r>
      <w:r>
        <w:rPr>
          <w:b w:val="0"/>
        </w:rPr>
        <w:t xml:space="preserve">. Votre cabinet, qui accompagne </w:t>
      </w:r>
      <w:r>
        <w:rPr>
          <w:b w:val="0"/>
          <w:color w:val="2446A6"/>
        </w:rPr>
        <w:t>[des commerçants et artisans]</w:t>
      </w:r>
      <w:r>
        <w:rPr>
          <w:b w:val="0"/>
        </w:rPr>
        <w:t>, correspond exactement au contexte professionnel dans lequel je souhaite évoluer.</w:t>
      </w:r>
    </w:p>
    <w:p>
      <w:r>
        <w:rPr>
          <w:b w:val="0"/>
        </w:rPr>
        <w:t xml:space="preserve">Mon stage de </w:t>
      </w:r>
      <w:r>
        <w:rPr>
          <w:b w:val="0"/>
          <w:color w:val="2446A6"/>
        </w:rPr>
        <w:t>[huit semaines]</w:t>
      </w:r>
      <w:r>
        <w:rPr>
          <w:b w:val="0"/>
        </w:rPr>
        <w:t xml:space="preserve"> au sein du cabinet </w:t>
      </w:r>
      <w:r>
        <w:rPr>
          <w:b w:val="0"/>
          <w:color w:val="2446A6"/>
        </w:rPr>
        <w:t>[Durand]</w:t>
      </w:r>
      <w:r>
        <w:rPr>
          <w:b w:val="0"/>
        </w:rPr>
        <w:t xml:space="preserve"> m’a permis de saisir les pièces comptables, de lettrer les comptes fournisseurs et de préparer les déclarations de TVA. J’y ai appliqué le Plan Comptable Général au quotidien et gagné en rapidité sur le logiciel </w:t>
      </w:r>
      <w:r>
        <w:rPr>
          <w:b w:val="0"/>
          <w:color w:val="2446A6"/>
        </w:rPr>
        <w:t>[EBP]</w:t>
      </w:r>
      <w:r>
        <w:rPr>
          <w:b w:val="0"/>
        </w:rPr>
        <w:t xml:space="preserve">, en traitant jusqu’à </w:t>
      </w:r>
      <w:r>
        <w:rPr>
          <w:b w:val="0"/>
          <w:color w:val="2446A6"/>
        </w:rPr>
        <w:t>[130 écritures]</w:t>
      </w:r>
      <w:r>
        <w:rPr>
          <w:b w:val="0"/>
        </w:rPr>
        <w:t xml:space="preserve"> par jour.</w:t>
      </w:r>
    </w:p>
    <w:p>
      <w:r>
        <w:rPr>
          <w:b w:val="0"/>
        </w:rPr>
        <w:t xml:space="preserve">Pour votre cabinet, je mettrai cette rigueur au service de la tenue des dossiers, avec une productivité déjà attestée : je réalise un rapprochement bancaire en moins d’1h30 pour un flux de </w:t>
      </w:r>
      <w:r>
        <w:rPr>
          <w:b w:val="0"/>
          <w:color w:val="2446A6"/>
        </w:rPr>
        <w:t>[200 écritures]</w:t>
      </w:r>
      <w:r>
        <w:rPr>
          <w:b w:val="0"/>
        </w:rPr>
        <w:t xml:space="preserve"> et je maîtrise les écritures d’abonnement. Par ailleurs, je m’adapte vite aux outils internes : lors de mon stage, j’ai repris seul un portefeuille de </w:t>
      </w:r>
      <w:r>
        <w:rPr>
          <w:b w:val="0"/>
          <w:color w:val="2446A6"/>
        </w:rPr>
        <w:t>[dix dossiers]</w:t>
      </w:r>
      <w:r>
        <w:rPr>
          <w:b w:val="0"/>
        </w:rPr>
        <w:t xml:space="preserve"> après une semaine de formation.</w:t>
      </w:r>
    </w:p>
    <w:p>
      <w:r>
        <w:rPr>
          <w:b w:val="0"/>
        </w:rPr>
        <w:t>Je serais heureux de vous rencontrer pour détailler ces compétences et confirmer ma motivation à rejoindre votre équipe. Je me tiens à votre disposition pour un entretien à votre convenance.</w:t>
      </w:r>
    </w:p>
    <w:p>
      <w:r>
        <w:rPr>
          <w:b w:val="0"/>
        </w:rPr>
        <w:t>Je vous prie d’agréer, Madame, Monsieur, l’expression de mes salutations distinguées.</w:t>
      </w:r>
    </w:p>
    <w:p/>
    <w:p>
      <w:pPr>
        <w:jc w:val="right"/>
      </w:pPr>
      <w:r>
        <w:rPr>
          <w:b w:val="0"/>
          <w:color w:val="2446A6"/>
        </w:rPr>
        <w:t>[Prénom Nom]</w:t>
      </w:r>
    </w:p>
    <w:p/>
    <w:p>
      <w:r>
        <w:rPr>
          <w:b w:val="0"/>
        </w:rPr>
        <w:t>Pièce jointe : CV</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alternance comptabilité</dc:title>
  <dc:subject/>
  <dc:creator/>
  <cp:keywords/>
  <dc:description/>
  <cp:lastModifiedBy/>
  <cp:revision>1</cp:revision>
  <dcterms:created xsi:type="dcterms:W3CDTF">2013-12-23T23:15:00Z</dcterms:created>
  <dcterms:modified xsi:type="dcterms:W3CDTF">2013-12-23T23:15:00Z</dcterms:modified>
  <cp:category/>
</cp:coreProperties>
</file>