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Téléphone : </w:t>
      </w: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[prenom.nom@email.com]</w:t>
      </w:r>
    </w:p>
    <w:p/>
    <w:p>
      <w:pPr>
        <w:spacing w:after="0"/>
        <w:jc w:val="right"/>
      </w:pPr>
      <w:r>
        <w:rPr>
          <w:b w:val="0"/>
          <w:color w:val="2446A6"/>
        </w:rPr>
        <w:t>[Nom de l’agence]</w:t>
      </w:r>
    </w:p>
    <w:p>
      <w:pPr>
        <w:spacing w:after="0"/>
        <w:jc w:val="right"/>
      </w:pPr>
      <w:r>
        <w:rPr>
          <w:b w:val="0"/>
        </w:rPr>
        <w:t xml:space="preserve">À l’attention de </w:t>
      </w:r>
      <w:r>
        <w:rPr>
          <w:b w:val="0"/>
          <w:color w:val="2446A6"/>
        </w:rPr>
        <w:t>[Madame/Monsieur le responsable]</w:t>
      </w:r>
    </w:p>
    <w:p>
      <w:pPr>
        <w:spacing w:after="0"/>
        <w:jc w:val="right"/>
      </w:pPr>
      <w:r>
        <w:rPr>
          <w:b w:val="0"/>
          <w:color w:val="2446A6"/>
        </w:rPr>
        <w:t>[Adresse de l’agence]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à l’alternance en immobilier – </w:t>
      </w:r>
      <w:r>
        <w:rPr>
          <w:b/>
          <w:color w:val="2446A6"/>
        </w:rPr>
        <w:t>[intitulé de la formation]</w:t>
      </w:r>
      <w:r>
        <w:rPr>
          <w:b/>
        </w:rPr>
        <w:t xml:space="preserve"> – </w:t>
      </w:r>
      <w:r>
        <w:rPr>
          <w:b/>
          <w:color w:val="2446A6"/>
        </w:rPr>
        <w:t>[Prénom Nom]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en recherche d’une alternance pour mon </w:t>
      </w:r>
      <w:r>
        <w:rPr>
          <w:b w:val="0"/>
          <w:color w:val="2446A6"/>
        </w:rPr>
        <w:t>[BTS Professions Immobilières]</w:t>
      </w:r>
      <w:r>
        <w:rPr>
          <w:b w:val="0"/>
        </w:rPr>
        <w:t xml:space="preserve"> au sein de </w:t>
      </w:r>
      <w:r>
        <w:rPr>
          <w:b w:val="0"/>
          <w:color w:val="2446A6"/>
        </w:rPr>
        <w:t>[l’école XYZ]</w:t>
      </w:r>
      <w:r>
        <w:rPr>
          <w:b w:val="0"/>
        </w:rPr>
        <w:t xml:space="preserve">, je soumets ma candidature à votre agence. Votre spécialisation en </w:t>
      </w:r>
      <w:r>
        <w:rPr>
          <w:b w:val="0"/>
          <w:color w:val="2446A6"/>
        </w:rPr>
        <w:t>[transaction sur le secteur de la Croix-Rousse]</w:t>
      </w:r>
      <w:r>
        <w:rPr>
          <w:b w:val="0"/>
        </w:rPr>
        <w:t xml:space="preserve"> et votre volume de </w:t>
      </w:r>
      <w:r>
        <w:rPr>
          <w:b w:val="0"/>
          <w:color w:val="2446A6"/>
        </w:rPr>
        <w:t>[120 mandats exclusifs par an]</w:t>
      </w:r>
      <w:r>
        <w:rPr>
          <w:b w:val="0"/>
        </w:rPr>
        <w:t xml:space="preserve"> correspondent exactement au terrain que je souhaite acquérir.</w:t>
      </w:r>
    </w:p>
    <w:p>
      <w:r>
        <w:rPr>
          <w:b w:val="0"/>
        </w:rPr>
        <w:t xml:space="preserve">Au cours de mon stage de </w:t>
      </w:r>
      <w:r>
        <w:rPr>
          <w:b w:val="0"/>
          <w:color w:val="2446A6"/>
        </w:rPr>
        <w:t>[quatre semaines chez un administrateur de biens]</w:t>
      </w:r>
      <w:r>
        <w:rPr>
          <w:b w:val="0"/>
        </w:rPr>
        <w:t xml:space="preserve">, j’ai participé à </w:t>
      </w:r>
      <w:r>
        <w:rPr>
          <w:b w:val="0"/>
          <w:color w:val="2446A6"/>
        </w:rPr>
        <w:t>[la rédaction de 15 états des lieux d’entrée]</w:t>
      </w:r>
      <w:r>
        <w:rPr>
          <w:b w:val="0"/>
        </w:rPr>
        <w:t xml:space="preserve"> et découvert le suivi des impayés sous le logiciel </w:t>
      </w:r>
      <w:r>
        <w:rPr>
          <w:b w:val="0"/>
          <w:color w:val="2446A6"/>
        </w:rPr>
        <w:t>[Idealys]</w:t>
      </w:r>
      <w:r>
        <w:rPr>
          <w:b w:val="0"/>
        </w:rPr>
        <w:t>. Cette première expérience m’a permis de comprendre l’importance de la rigueur juridique dans la gestion locative, notamment sur les clauses du bail issues de la loi ALUR.</w:t>
      </w:r>
    </w:p>
    <w:p>
      <w:r>
        <w:rPr>
          <w:b w:val="0"/>
        </w:rPr>
        <w:t xml:space="preserve">Intégrer votre équipe en alternance me donnerait l’opportunité de monter en compétence sur la transaction, de la découverte du bien à la signature de l’acte authentique. Je suis prêt à m’investir sur </w:t>
      </w:r>
      <w:r>
        <w:rPr>
          <w:b w:val="0"/>
          <w:color w:val="2446A6"/>
        </w:rPr>
        <w:t>[deux jours de prospection terrain par semaine]</w:t>
      </w:r>
      <w:r>
        <w:rPr>
          <w:b w:val="0"/>
        </w:rPr>
        <w:t xml:space="preserve"> et à préparer le permis de conduire pour faciliter les visites.</w:t>
      </w:r>
    </w:p>
    <w:p>
      <w:r>
        <w:rPr>
          <w:b w:val="0"/>
        </w:rPr>
        <w:t>Je me tiens à votre disposition pour un entretien à votre convenance. Vous trouverez mon CV en pièce jointe.</w:t>
      </w:r>
    </w:p>
    <w:p>
      <w:r>
        <w:rPr>
          <w:b w:val="0"/>
        </w:rPr>
        <w:t>Dans l’attente de votre retour,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alternance immobilier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