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Ressources Humaines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en alternance Ressources Humaines – </w:t>
      </w:r>
      <w:r>
        <w:rPr>
          <w:b/>
          <w:color w:val="2446A6"/>
        </w:rPr>
        <w:t>[formation]</w:t>
      </w:r>
      <w:r>
        <w:rPr>
          <w:b/>
        </w:rPr>
        <w:t xml:space="preserve"> – </w:t>
      </w:r>
      <w:r>
        <w:rPr>
          <w:b/>
          <w:color w:val="2446A6"/>
        </w:rPr>
        <w:t>[période]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Titulaire d'un DUT Gestion des entreprises et des administrations obtenu en juin 2025, je prépare à la rentrée 2026 un Master 1 Gestion des Ressources Humaines à l'IGS-RH de Paris en alternance, avec un rythme de 3 semaines en entreprise et 1 semaine à l'école. Votre offre de chargé de ressources humaines en alternance publiée le 12 septembre 2026 correspond aux missions que je souhaite exercer.</w:t>
      </w:r>
    </w:p>
    <w:p>
      <w:r>
        <w:rPr>
          <w:b w:val="0"/>
        </w:rPr>
        <w:t xml:space="preserve">Au cours de mon stage de 8 semaines au sein du service RH de </w:t>
      </w:r>
      <w:r>
        <w:rPr>
          <w:b w:val="0"/>
          <w:color w:val="2446A6"/>
        </w:rPr>
        <w:t>[Cabinet Alpha]</w:t>
      </w:r>
      <w:r>
        <w:rPr>
          <w:b w:val="0"/>
        </w:rPr>
        <w:t xml:space="preserve">, j'ai traité 15 dossiers d'intégration, mis à jour 40 fiches de paie dans </w:t>
      </w:r>
      <w:r>
        <w:rPr>
          <w:b w:val="0"/>
          <w:color w:val="2446A6"/>
        </w:rPr>
        <w:t>[Sage]</w:t>
      </w:r>
      <w:r>
        <w:rPr>
          <w:b w:val="0"/>
        </w:rPr>
        <w:t xml:space="preserve"> et participé au tri de 120 candidatures pour un poste d'assistant commercial. J'ai respecté le délai de 48 heures pour l'envoi des promesses d'embauche et appliqué la procédure de déclaration préalable à l'embauche sur le portail Urssaf.</w:t>
      </w:r>
    </w:p>
    <w:p>
      <w:r>
        <w:rPr>
          <w:b w:val="0"/>
        </w:rPr>
        <w:t>Je maîtrise la rédaction des contrats à durée déterminée, la gestion des absences et la tenue du registre unique du personnel. À l'IGS-RH, j'ai obtenu 15/20 à l'examen de gestion de la paie en janvier 2026 et suivi le module de droit du travail consacré aux accords d'entreprise.</w:t>
      </w:r>
    </w:p>
    <w:p>
      <w:r>
        <w:rPr>
          <w:b w:val="0"/>
        </w:rPr>
        <w:t>Disponible à partir du 1er septembre 2026, je peux me rendre à un entretien chaque mardi et jeudi après-midi. Je vous propose de vous présenter de vive voix mon organisation et mes compétences en administration du personnel et en recrutement.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 détaillant mon parcours et mes missions en ressources humaines.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alternance ressources humaines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