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 : </w:t>
      </w:r>
      <w:r>
        <w:rPr>
          <w:b w:val="0"/>
          <w:color w:val="2446A6"/>
        </w:rPr>
        <w:t>[Téléphone]</w:t>
      </w:r>
    </w:p>
    <w:p>
      <w:pPr>
        <w:spacing w:after="0"/>
      </w:pPr>
      <w:r>
        <w:rPr>
          <w:b w:val="0"/>
        </w:rPr>
        <w:t xml:space="preserve">Email : </w:t>
      </w:r>
      <w:r>
        <w:rPr>
          <w:b w:val="0"/>
          <w:color w:val="2446A6"/>
        </w:rPr>
        <w:t>[Email]</w:t>
      </w:r>
    </w:p>
    <w:p/>
    <w:p>
      <w:pPr>
        <w:spacing w:after="0"/>
        <w:jc w:val="right"/>
      </w:pPr>
      <w:r>
        <w:rPr>
          <w:b w:val="0"/>
        </w:rPr>
        <w:t>À l'attention de la commission d'admission</w:t>
      </w:r>
    </w:p>
    <w:p>
      <w:pPr>
        <w:spacing w:after="0"/>
        <w:jc w:val="right"/>
      </w:pPr>
      <w:r>
        <w:rPr>
          <w:b w:val="0"/>
          <w:color w:val="2446A6"/>
        </w:rPr>
        <w:t>[Nom de l'établissement]</w:t>
      </w:r>
    </w:p>
    <w:p>
      <w:pPr>
        <w:spacing w:after="0"/>
        <w:jc w:val="right"/>
      </w:pPr>
      <w:r>
        <w:rPr>
          <w:b w:val="0"/>
          <w:color w:val="2446A6"/>
        </w:rPr>
        <w:t>[Adresse de l'établissement]</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au BTS Assurance – Rentrée </w:t>
      </w:r>
      <w:r>
        <w:rPr>
          <w:b/>
          <w:color w:val="2446A6"/>
        </w:rPr>
        <w:t>[année]</w:t>
      </w:r>
    </w:p>
    <w:p/>
    <w:p>
      <w:r>
        <w:rPr>
          <w:b w:val="0"/>
        </w:rPr>
        <w:t>Madame, Monsieur,</w:t>
      </w:r>
    </w:p>
    <w:p>
      <w:r>
        <w:rPr>
          <w:b w:val="0"/>
        </w:rPr>
        <w:t xml:space="preserve">Actuellement en terminale </w:t>
      </w:r>
      <w:r>
        <w:rPr>
          <w:b w:val="0"/>
          <w:color w:val="2446A6"/>
        </w:rPr>
        <w:t>[filière]</w:t>
      </w:r>
      <w:r>
        <w:rPr>
          <w:b w:val="0"/>
        </w:rPr>
        <w:t xml:space="preserve">, je souhaite intégrer le BTS Assurance à la rentrée </w:t>
      </w:r>
      <w:r>
        <w:rPr>
          <w:b w:val="0"/>
          <w:color w:val="2446A6"/>
        </w:rPr>
        <w:t>[année]</w:t>
      </w:r>
      <w:r>
        <w:rPr>
          <w:b w:val="0"/>
        </w:rPr>
        <w:t xml:space="preserve"> pour acquérir les compétences techniques et commerciales du métier. La diversité des produits – de la prévoyance à la responsabilité civile – et la relation de confiance avec l'assuré me motivent particulièrement.</w:t>
      </w:r>
    </w:p>
    <w:p>
      <w:r>
        <w:rPr>
          <w:b w:val="0"/>
        </w:rPr>
        <w:t xml:space="preserve">Lors d'un stage de </w:t>
      </w:r>
      <w:r>
        <w:rPr>
          <w:b w:val="0"/>
          <w:color w:val="2446A6"/>
        </w:rPr>
        <w:t>[durée]</w:t>
      </w:r>
      <w:r>
        <w:rPr>
          <w:b w:val="0"/>
        </w:rPr>
        <w:t xml:space="preserve"> au sein de </w:t>
      </w:r>
      <w:r>
        <w:rPr>
          <w:b w:val="0"/>
          <w:color w:val="2446A6"/>
        </w:rPr>
        <w:t>[nom de l'entreprise]</w:t>
      </w:r>
      <w:r>
        <w:rPr>
          <w:b w:val="0"/>
        </w:rPr>
        <w:t>, j'ai observé le traitement d'un sinistre dégât des eaux et la souscription d'un contrat auto. Cette expérience m'a permis de comprendre l'importance de la rigueur dans l'évaluation du risque et la rédaction des clauses.</w:t>
      </w:r>
    </w:p>
    <w:p>
      <w:r>
        <w:rPr>
          <w:b w:val="0"/>
        </w:rPr>
        <w:t>Ma rigueur dans la vérification des données et mon aisance à l'oral, développée lors de présentations en classe, me permettront de réussir dans cette formation exigeante. Je suis également à l'aise avec les outils bureautiques, indispensables pour la gestion des dossiers clients.</w:t>
      </w:r>
    </w:p>
    <w:p>
      <w:r>
        <w:rPr>
          <w:b w:val="0"/>
        </w:rPr>
        <w:t xml:space="preserve">Votre établissement propose un partenariat avec </w:t>
      </w:r>
      <w:r>
        <w:rPr>
          <w:b w:val="0"/>
          <w:color w:val="2446A6"/>
        </w:rPr>
        <w:t>[nom d'une compagnie]</w:t>
      </w:r>
      <w:r>
        <w:rPr>
          <w:b w:val="0"/>
        </w:rPr>
        <w:t xml:space="preserve"> et un accompagnement vers l'alternance, ce qui correspond à mon projet de devenir conseiller en assurance. Je suis prêt à m'investir dans les cours de droit du contrat et de gestion des sinistres.</w:t>
      </w:r>
    </w:p>
    <w:p>
      <w:r>
        <w:rPr>
          <w:b w:val="0"/>
        </w:rPr>
        <w:t>Je vous prie d'agréer, Madame, Monsieur, l'expression de ma considération distinguée.</w:t>
      </w:r>
    </w:p>
    <w:p/>
    <w:p>
      <w:pPr>
        <w:jc w:val="right"/>
      </w:pPr>
      <w:r>
        <w:rPr>
          <w:b w:val="0"/>
          <w:color w:val="2446A6"/>
        </w:rPr>
        <w:t>[Prénom Nom]</w:t>
      </w:r>
    </w:p>
    <w:p/>
    <w:p>
      <w:r>
        <w:rPr>
          <w:b w:val="0"/>
        </w:rPr>
        <w:t>Pièces jointes : Curriculum vitae, relevés de notes de première et terminale, lettre de recommandation.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BTS Assurance</dc:title>
  <dc:subject/>
  <dc:creator/>
  <cp:keywords/>
  <dc:description/>
  <cp:lastModifiedBy/>
  <cp:revision>1</cp:revision>
  <dcterms:created xsi:type="dcterms:W3CDTF">2013-12-23T23:15:00Z</dcterms:created>
  <dcterms:modified xsi:type="dcterms:W3CDTF">2013-12-23T23:15:00Z</dcterms:modified>
  <cp:category/>
</cp:coreProperties>
</file>