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Téléphone : </w:t>
      </w:r>
      <w:r>
        <w:rPr>
          <w:b w:val="0"/>
          <w:color w:val="2446A6"/>
        </w:rPr>
        <w:t>[06 XX XX XX XX]</w:t>
      </w:r>
    </w:p>
    <w:p>
      <w:pPr>
        <w:spacing w:after="0"/>
      </w:pPr>
      <w:r>
        <w:rPr>
          <w:b w:val="0"/>
        </w:rPr>
        <w:t xml:space="preserve">Email : </w:t>
      </w:r>
      <w:r>
        <w:rPr>
          <w:b w:val="0"/>
          <w:color w:val="2446A6"/>
        </w:rPr>
        <w:t>[adresse@email.com]</w:t>
      </w:r>
    </w:p>
    <w:p/>
    <w:p>
      <w:pPr>
        <w:spacing w:after="0"/>
        <w:jc w:val="right"/>
      </w:pPr>
      <w:r>
        <w:rPr>
          <w:b w:val="0"/>
        </w:rPr>
        <w:t>Monsieur le Proviseur</w:t>
      </w:r>
    </w:p>
    <w:p>
      <w:pPr>
        <w:spacing w:after="0"/>
        <w:jc w:val="right"/>
      </w:pPr>
      <w:r>
        <w:rPr>
          <w:b w:val="0"/>
        </w:rPr>
        <w:t>Lycée Polyvalent Gustave Eiffel</w:t>
      </w:r>
    </w:p>
    <w:p>
      <w:pPr>
        <w:spacing w:after="0"/>
        <w:jc w:val="right"/>
      </w:pPr>
      <w:r>
        <w:rPr>
          <w:b w:val="0"/>
        </w:rPr>
        <w:t>1 rue de la Paix</w:t>
      </w:r>
    </w:p>
    <w:p>
      <w:pPr>
        <w:spacing w:after="0"/>
        <w:jc w:val="right"/>
      </w:pPr>
      <w:r>
        <w:rPr>
          <w:b w:val="0"/>
        </w:rPr>
        <w:t>33000 Bordeaux</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au BTS Comptabilité et Gestion – rentrée </w:t>
      </w:r>
      <w:r>
        <w:rPr>
          <w:b/>
          <w:color w:val="2446A6"/>
        </w:rPr>
        <w:t>[septembre 2026]</w:t>
      </w:r>
    </w:p>
    <w:p/>
    <w:p>
      <w:r>
        <w:rPr>
          <w:b w:val="0"/>
        </w:rPr>
        <w:t>Madame, Monsieur,</w:t>
      </w:r>
    </w:p>
    <w:p>
      <w:r>
        <w:rPr>
          <w:b w:val="0"/>
        </w:rPr>
        <w:t xml:space="preserve">Actuellement en terminale </w:t>
      </w:r>
      <w:r>
        <w:rPr>
          <w:b w:val="0"/>
          <w:color w:val="2446A6"/>
        </w:rPr>
        <w:t>[STMG option Gestion et Finance]</w:t>
      </w:r>
      <w:r>
        <w:rPr>
          <w:b w:val="0"/>
        </w:rPr>
        <w:t xml:space="preserve">, je souhaite intégrer le BTS Comptabilité et Gestion de votre établissement. La tenue de la comptabilité d’une PME, de la saisie des factures fournisseurs à l’édition de la liasse fiscale, correspond exactement au métier que j’ai commencé à découvrir lors de mon stage de </w:t>
      </w:r>
      <w:r>
        <w:rPr>
          <w:b w:val="0"/>
          <w:color w:val="2446A6"/>
        </w:rPr>
        <w:t>[quatre semaines]</w:t>
      </w:r>
      <w:r>
        <w:rPr>
          <w:b w:val="0"/>
        </w:rPr>
        <w:t xml:space="preserve"> au cabinet </w:t>
      </w:r>
      <w:r>
        <w:rPr>
          <w:b w:val="0"/>
          <w:color w:val="2446A6"/>
        </w:rPr>
        <w:t>[Dupont &amp; Associés]</w:t>
      </w:r>
      <w:r>
        <w:rPr>
          <w:b w:val="0"/>
        </w:rPr>
        <w:t>.</w:t>
      </w:r>
    </w:p>
    <w:p>
      <w:r>
        <w:rPr>
          <w:b w:val="0"/>
        </w:rPr>
        <w:t xml:space="preserve">Ce stage m’a permis d’utiliser le logiciel </w:t>
      </w:r>
      <w:r>
        <w:rPr>
          <w:b w:val="0"/>
          <w:color w:val="2446A6"/>
        </w:rPr>
        <w:t>[Quadratus]</w:t>
      </w:r>
      <w:r>
        <w:rPr>
          <w:b w:val="0"/>
        </w:rPr>
        <w:t xml:space="preserve"> pour lettrer des comptes clients et rapprocher des relevés bancaires sur l’exercice </w:t>
      </w:r>
      <w:r>
        <w:rPr>
          <w:b w:val="0"/>
          <w:color w:val="2446A6"/>
        </w:rPr>
        <w:t>[2024]</w:t>
      </w:r>
      <w:r>
        <w:rPr>
          <w:b w:val="0"/>
        </w:rPr>
        <w:t>. J’ai également participé à la préparation d’une déclaration de TVA mensuelle sous le régime réel normal. Ces gestes m’ont confirmé mon goût pour la rigueur du chiffre et le respect des normes du Plan Comptable Général.</w:t>
      </w:r>
    </w:p>
    <w:p>
      <w:r>
        <w:rPr>
          <w:b w:val="0"/>
        </w:rPr>
        <w:t xml:space="preserve">Votre formation m’attire parce qu’elle prépare au DSCG en parallèle et propose un module ERP </w:t>
      </w:r>
      <w:r>
        <w:rPr>
          <w:b w:val="0"/>
          <w:color w:val="2446A6"/>
        </w:rPr>
        <w:t>[Sage 100]</w:t>
      </w:r>
      <w:r>
        <w:rPr>
          <w:b w:val="0"/>
        </w:rPr>
        <w:t xml:space="preserve"> dès la première année. Mon objectif est de devenir collaboratrice en cabinet puis de passer l’expertise comptable, comme me l’a conseillé le commissaire aux comptes avec lequel j’ai échangé lors des portes ouvertes du </w:t>
      </w:r>
      <w:r>
        <w:rPr>
          <w:b w:val="0"/>
          <w:color w:val="2446A6"/>
        </w:rPr>
        <w:t>[8 mars 2026]</w:t>
      </w:r>
      <w:r>
        <w:rPr>
          <w:b w:val="0"/>
        </w:rPr>
        <w:t>.</w:t>
      </w:r>
    </w:p>
    <w:p>
      <w:r>
        <w:rPr>
          <w:b w:val="0"/>
        </w:rPr>
        <w:t xml:space="preserve">Disciplinée et organisée, j’ai obtenu une moyenne de </w:t>
      </w:r>
      <w:r>
        <w:rPr>
          <w:b w:val="0"/>
          <w:color w:val="2446A6"/>
        </w:rPr>
        <w:t>[15,4]</w:t>
      </w:r>
      <w:r>
        <w:rPr>
          <w:b w:val="0"/>
        </w:rPr>
        <w:t xml:space="preserve"> en mathématiques et </w:t>
      </w:r>
      <w:r>
        <w:rPr>
          <w:b w:val="0"/>
          <w:color w:val="2446A6"/>
        </w:rPr>
        <w:t>[14,8]</w:t>
      </w:r>
      <w:r>
        <w:rPr>
          <w:b w:val="0"/>
        </w:rPr>
        <w:t xml:space="preserve"> en management. Je pratique la gymnastique en compétition depuis </w:t>
      </w:r>
      <w:r>
        <w:rPr>
          <w:b w:val="0"/>
          <w:color w:val="2446A6"/>
        </w:rPr>
        <w:t>[six ans]</w:t>
      </w:r>
      <w:r>
        <w:rPr>
          <w:b w:val="0"/>
        </w:rPr>
        <w:t>, ce qui m’a appris à gérer des cycles d’entraînement intensifs sans jamais rendre un devoir en retard. Je suis prête à m’investir dans l’alternance de cours et de stages qu’exige le BTS.</w:t>
      </w:r>
    </w:p>
    <w:p>
      <w:r>
        <w:rPr>
          <w:b w:val="0"/>
        </w:rPr>
        <w:t>Je me tiens à votre disposition pour un entretien et vous remercie de l’attention que vous porterez à ma candidature.</w:t>
      </w:r>
    </w:p>
    <w:p>
      <w:r>
        <w:rPr>
          <w:b w:val="0"/>
        </w:rPr>
        <w:t>Je vous prie d’agréer, Madame, Monsieur, l’expression de mes salutations respectueuses.</w:t>
      </w:r>
    </w:p>
    <w:p/>
    <w:p>
      <w:pPr>
        <w:jc w:val="right"/>
      </w:pPr>
      <w:r>
        <w:rPr>
          <w:b w:val="0"/>
          <w:color w:val="2446A6"/>
        </w:rPr>
        <w:t>[Prénom Nom]</w:t>
      </w:r>
    </w:p>
    <w:p/>
    <w:p>
      <w:r>
        <w:rPr>
          <w:b w:val="0"/>
        </w:rPr>
        <w:t>Pièce jointe : bulletins scolaires de Première et Terminale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BTS Comptabilité et Gestion</dc:title>
  <dc:subject/>
  <dc:creator/>
  <cp:keywords/>
  <dc:description/>
  <cp:lastModifiedBy/>
  <cp:revision>1</cp:revision>
  <dcterms:created xsi:type="dcterms:W3CDTF">2013-12-23T23:15:00Z</dcterms:created>
  <dcterms:modified xsi:type="dcterms:W3CDTF">2013-12-23T23:15:00Z</dcterms:modified>
  <cp:category/>
</cp:coreProperties>
</file>