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[Camille Dupont]</w:t>
      </w:r>
    </w:p>
    <w:p>
      <w:pPr>
        <w:spacing w:after="0"/>
      </w:pPr>
      <w:r>
        <w:rPr>
          <w:b w:val="0"/>
          <w:color w:val="2446A6"/>
        </w:rPr>
        <w:t>[12 rue des Lilas, 69003 Lyon]</w:t>
      </w:r>
    </w:p>
    <w:p>
      <w:pPr>
        <w:spacing w:after="0"/>
      </w:pPr>
      <w:r>
        <w:rPr>
          <w:b w:val="0"/>
          <w:color w:val="2446A6"/>
        </w:rPr>
        <w:t>[06 12 34 56 78]</w:t>
      </w:r>
    </w:p>
    <w:p>
      <w:pPr>
        <w:spacing w:after="0"/>
      </w:pPr>
      <w:r>
        <w:rPr>
          <w:b w:val="0"/>
          <w:color w:val="2446A6"/>
        </w:rPr>
        <w:t>[camille.dupont@email.fr]</w:t>
      </w:r>
    </w:p>
    <w:p/>
    <w:p>
      <w:pPr>
        <w:spacing w:after="0"/>
        <w:jc w:val="right"/>
      </w:pPr>
      <w:r>
        <w:rPr>
          <w:b w:val="0"/>
        </w:rPr>
        <w:t>Lycée polyvalent Marie Curie</w:t>
      </w:r>
    </w:p>
    <w:p>
      <w:pPr>
        <w:spacing w:after="0"/>
        <w:jc w:val="right"/>
      </w:pPr>
      <w:r>
        <w:rPr>
          <w:b w:val="0"/>
        </w:rPr>
        <w:t>Service des admissions – BTS Diététique</w:t>
      </w:r>
    </w:p>
    <w:p>
      <w:pPr>
        <w:spacing w:after="0"/>
        <w:jc w:val="right"/>
      </w:pPr>
      <w:r>
        <w:rPr>
          <w:b w:val="0"/>
        </w:rPr>
        <w:t>15 avenue Jean Jaurès, 69007 Lyon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[Lyon]</w:t>
      </w:r>
      <w:r>
        <w:rPr>
          <w:b w:val="0"/>
        </w:rPr>
        <w:t xml:space="preserve">, le </w:t>
      </w:r>
      <w:r>
        <w:rPr>
          <w:b w:val="0"/>
          <w:color w:val="2446A6"/>
        </w:rPr>
        <w:t>[24 septembre 2026]</w:t>
      </w:r>
    </w:p>
    <w:p>
      <w:r>
        <w:rPr>
          <w:b/>
        </w:rPr>
        <w:t xml:space="preserve">Objet : Candidature au BTS Diététique – rentrée </w:t>
      </w:r>
      <w:r>
        <w:rPr>
          <w:b/>
          <w:color w:val="2446A6"/>
        </w:rPr>
        <w:t>[2026]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Actuellement en terminale générale avec spécialités </w:t>
      </w:r>
      <w:r>
        <w:rPr>
          <w:b w:val="0"/>
          <w:color w:val="2446A6"/>
        </w:rPr>
        <w:t>[SVT et Physique-Chimie]</w:t>
      </w:r>
      <w:r>
        <w:rPr>
          <w:b w:val="0"/>
        </w:rPr>
        <w:t xml:space="preserve">, je souhaite intégrer le BTS Diététique de votre établissement à la rentrée </w:t>
      </w:r>
      <w:r>
        <w:rPr>
          <w:b w:val="0"/>
          <w:color w:val="2446A6"/>
        </w:rPr>
        <w:t>[2026]</w:t>
      </w:r>
      <w:r>
        <w:rPr>
          <w:b w:val="0"/>
        </w:rPr>
        <w:t xml:space="preserve">. Mon intérêt pour la nutrition et la prévention santé s'est construit au cours de </w:t>
      </w:r>
      <w:r>
        <w:rPr>
          <w:b w:val="0"/>
          <w:color w:val="2446A6"/>
        </w:rPr>
        <w:t>[deux stages d'observation en restauration collective et en cabinet libéral]</w:t>
      </w:r>
      <w:r>
        <w:rPr>
          <w:b w:val="0"/>
        </w:rPr>
        <w:t>, où j'ai mesuré l'importance d'une alimentation adaptée aux besoins des patients.</w:t>
      </w:r>
    </w:p>
    <w:p>
      <w:r>
        <w:rPr>
          <w:b w:val="0"/>
        </w:rPr>
        <w:t xml:space="preserve">Votre formation, avec ses enseignements en </w:t>
      </w:r>
      <w:r>
        <w:rPr>
          <w:b w:val="0"/>
          <w:color w:val="2446A6"/>
        </w:rPr>
        <w:t>[biochimie, physiologie et nutrition-thérapie]</w:t>
      </w:r>
      <w:r>
        <w:rPr>
          <w:b w:val="0"/>
        </w:rPr>
        <w:t xml:space="preserve">, correspond exactement à mon projet : acquérir les compétences scientifiques et techniques pour exercer le métier de diététicien. Mes résultats en </w:t>
      </w:r>
      <w:r>
        <w:rPr>
          <w:b w:val="0"/>
          <w:color w:val="2446A6"/>
        </w:rPr>
        <w:t>[biologie et en chimie, avec une moyenne de 15,2 en SVT au premier trimestre]</w:t>
      </w:r>
      <w:r>
        <w:rPr>
          <w:b w:val="0"/>
        </w:rPr>
        <w:t>, confirment ma capacité à suivre l'exigence de ce cursus.</w:t>
      </w:r>
    </w:p>
    <w:p>
      <w:r>
        <w:rPr>
          <w:b w:val="0"/>
        </w:rPr>
        <w:t xml:space="preserve">Rigoureuse et à l'écoute, je souhaite participer aux actions de prévention menées par votre lycée, notamment les </w:t>
      </w:r>
      <w:r>
        <w:rPr>
          <w:b w:val="0"/>
          <w:color w:val="2446A6"/>
        </w:rPr>
        <w:t>[interventions en maisons de retraite]</w:t>
      </w:r>
      <w:r>
        <w:rPr>
          <w:b w:val="0"/>
        </w:rPr>
        <w:t xml:space="preserve"> que vous proposez dès la première année. La dimension relationnelle du métier me motive tout autant que la précision des calculs de rations.</w:t>
      </w:r>
    </w:p>
    <w:p>
      <w:r>
        <w:rPr>
          <w:b w:val="0"/>
        </w:rPr>
        <w:t>Je serais honoré de vous exposer ma motivation lors d'un entretien et reste disponible pour tout complément d'information.</w:t>
      </w:r>
    </w:p>
    <w:p>
      <w:r>
        <w:rPr>
          <w:b w:val="0"/>
        </w:rPr>
        <w:t>Je vous prie d'agréer, Madame, Monsieur, l'expression de mes salutations distinguées.</w:t>
      </w:r>
    </w:p>
    <w:p/>
    <w:p>
      <w:pPr>
        <w:jc w:val="right"/>
      </w:pPr>
      <w:r>
        <w:rPr>
          <w:b w:val="0"/>
          <w:color w:val="2446A6"/>
        </w:rPr>
        <w:t>[Camille Dupont]</w:t>
      </w:r>
    </w:p>
    <w:p/>
    <w:p>
      <w:r>
        <w:rPr>
          <w:b w:val="0"/>
        </w:rPr>
        <w:t>Pièce jointe : bulletins de première et de terminale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motivation BTS Diététique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