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 complète]</w:t>
      </w:r>
    </w:p>
    <w:p>
      <w:pPr>
        <w:spacing w:after="0"/>
      </w:pPr>
      <w:r>
        <w:rPr>
          <w:b w:val="0"/>
          <w:color w:val="2446A6"/>
        </w:rPr>
        <w:t>[Téléphone]</w:t>
      </w:r>
    </w:p>
    <w:p>
      <w:pPr>
        <w:spacing w:after="0"/>
      </w:pPr>
      <w:r>
        <w:rPr>
          <w:b w:val="0"/>
          <w:color w:val="2446A6"/>
        </w:rPr>
        <w:t>[Email]</w:t>
      </w:r>
    </w:p>
    <w:p/>
    <w:p>
      <w:pPr>
        <w:spacing w:after="0"/>
        <w:jc w:val="right"/>
      </w:pPr>
      <w:r>
        <w:rPr>
          <w:b w:val="0"/>
        </w:rPr>
        <w:t>Madame la Directrice</w:t>
      </w:r>
    </w:p>
    <w:p>
      <w:pPr>
        <w:spacing w:after="0"/>
        <w:jc w:val="right"/>
      </w:pPr>
      <w:r>
        <w:rPr>
          <w:b w:val="0"/>
        </w:rPr>
        <w:t>Formation BTS ESF</w:t>
      </w:r>
    </w:p>
    <w:p/>
    <w:p>
      <w:pPr>
        <w:jc w:val="right"/>
      </w:pPr>
      <w:r>
        <w:rPr>
          <w:b w:val="0"/>
        </w:rPr>
        <w:t xml:space="preserve">À </w:t>
      </w:r>
      <w:r>
        <w:rPr>
          <w:b w:val="0"/>
          <w:color w:val="2446A6"/>
        </w:rPr>
        <w:t>[ville]</w:t>
      </w:r>
      <w:r>
        <w:rPr>
          <w:b w:val="0"/>
        </w:rPr>
        <w:t xml:space="preserve">, le </w:t>
      </w:r>
      <w:r>
        <w:rPr>
          <w:b w:val="0"/>
          <w:color w:val="2446A6"/>
        </w:rPr>
        <w:t>[date]</w:t>
      </w:r>
    </w:p>
    <w:p>
      <w:r>
        <w:rPr>
          <w:b/>
        </w:rPr>
        <w:t>Objet : Candidature au BTS Économie sociale et familiale – Parcoursup n°</w:t>
      </w:r>
      <w:r>
        <w:rPr>
          <w:b/>
          <w:color w:val="2446A6"/>
        </w:rPr>
        <w:t>[numéro de dossier]</w:t>
      </w:r>
    </w:p>
    <w:p/>
    <w:p>
      <w:r>
        <w:rPr>
          <w:b w:val="0"/>
        </w:rPr>
        <w:t>Madame, Monsieur,</w:t>
      </w:r>
    </w:p>
    <w:p>
      <w:r>
        <w:rPr>
          <w:b w:val="0"/>
        </w:rPr>
        <w:t xml:space="preserve">Titulaire d'un baccalauréat ST2S mention bien, j'ai effectué en </w:t>
      </w:r>
      <w:r>
        <w:rPr>
          <w:b w:val="0"/>
          <w:color w:val="2446A6"/>
        </w:rPr>
        <w:t>[mars 2026]</w:t>
      </w:r>
      <w:r>
        <w:rPr>
          <w:b w:val="0"/>
        </w:rPr>
        <w:t xml:space="preserve"> un stage de quatre semaines à l'EHPAD Les Tilleuls de </w:t>
      </w:r>
      <w:r>
        <w:rPr>
          <w:b w:val="0"/>
          <w:color w:val="2446A6"/>
        </w:rPr>
        <w:t>[Lyon]</w:t>
      </w:r>
      <w:r>
        <w:rPr>
          <w:b w:val="0"/>
        </w:rPr>
        <w:t>. J'y ai préparé des repas adaptés aux régimes, animé un atelier mémoire et aidé deux résidents à gérer leur budget mensuel. Ces gestes concrets m'ont confirmé que le métier de technicien en économie sociale familiale repose sur l'écoute et l'organisation du quotidien.</w:t>
      </w:r>
    </w:p>
    <w:p>
      <w:r>
        <w:rPr>
          <w:b w:val="0"/>
        </w:rPr>
        <w:t>Votre formation m'attire pour ses modules de nutrition, de gestion budgétaire et de médiation sociale. Je souhaite acquérir les techniques d'intervention auprès des familles et des personnes âgées, puis exercer en centre social ou en association d'aide à domicile. Mon projet professionnel est de devenir conseillère en économie sociale et familiale après une licence professionnelle.</w:t>
      </w:r>
    </w:p>
    <w:p>
      <w:r>
        <w:rPr>
          <w:b w:val="0"/>
        </w:rPr>
        <w:t xml:space="preserve">Bénévole depuis </w:t>
      </w:r>
      <w:r>
        <w:rPr>
          <w:b w:val="0"/>
          <w:color w:val="2446A6"/>
        </w:rPr>
        <w:t>[deux ans]</w:t>
      </w:r>
      <w:r>
        <w:rPr>
          <w:b w:val="0"/>
        </w:rPr>
        <w:t xml:space="preserve"> aux Restos du Cœur, je participe à la distribution alimentaire et à l'aide aux devoirs. J'ai appris à adapter mon langage à des publics variés et à rester calme face à des situations tendues. Ces compétences, associées à une grande rigueur dans les écrits, me permettront de réussir les stages du BTS ESF et de m'investir pleinement dans la promotion.</w:t>
      </w:r>
    </w:p>
    <w:p>
      <w:r>
        <w:rPr>
          <w:b w:val="0"/>
        </w:rPr>
        <w:t>Je vous prie d'agréer, Madame, Monsieur, l'expression de ma considération distinguée.</w:t>
      </w:r>
    </w:p>
    <w:p/>
    <w:p>
      <w:pPr>
        <w:jc w:val="right"/>
      </w:pPr>
      <w:r>
        <w:rPr>
          <w:b w:val="0"/>
          <w:color w:val="2446A6"/>
        </w:rPr>
        <w:t>[Prénom Nom]</w:t>
      </w:r>
    </w:p>
    <w:p/>
    <w:p>
      <w:r>
        <w:rPr>
          <w:b w:val="0"/>
        </w:rPr>
        <w:t>Pièces jointes : bulletins scolaires, attestation de stage, CV</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BTS ESF (économie sociale et familiale)</dc:title>
  <dc:subject/>
  <dc:creator/>
  <cp:keywords/>
  <dc:description/>
  <cp:lastModifiedBy/>
  <cp:revision>1</cp:revision>
  <dcterms:created xsi:type="dcterms:W3CDTF">2013-12-23T23:15:00Z</dcterms:created>
  <dcterms:modified xsi:type="dcterms:W3CDTF">2013-12-23T23:15:00Z</dcterms:modified>
  <cp:category/>
</cp:coreProperties>
</file>