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Lilas, 75019 Paris]</w:t>
      </w:r>
    </w:p>
    <w:p>
      <w:pPr>
        <w:spacing w:after="0"/>
      </w:pPr>
      <w:r>
        <w:rPr>
          <w:b w:val="0"/>
          <w:color w:val="2446A6"/>
        </w:rPr>
        <w:t>[06 12 34 56 78]</w:t>
      </w:r>
    </w:p>
    <w:p>
      <w:pPr>
        <w:spacing w:after="0"/>
      </w:pPr>
      <w:r>
        <w:rPr>
          <w:b w:val="0"/>
          <w:color w:val="2446A6"/>
        </w:rPr>
        <w:t>[prenom.nom@email.fr]</w:t>
      </w:r>
    </w:p>
    <w:p/>
    <w:p>
      <w:pPr>
        <w:spacing w:after="0"/>
        <w:jc w:val="right"/>
      </w:pPr>
      <w:r>
        <w:rPr>
          <w:b w:val="0"/>
        </w:rPr>
        <w:t>Monsieur le Proviseur</w:t>
      </w:r>
    </w:p>
    <w:p>
      <w:pPr>
        <w:spacing w:after="0"/>
        <w:jc w:val="right"/>
      </w:pPr>
      <w:r>
        <w:rPr>
          <w:b w:val="0"/>
        </w:rPr>
        <w:t xml:space="preserve">Lycée </w:t>
      </w:r>
      <w:r>
        <w:rPr>
          <w:b w:val="0"/>
          <w:color w:val="2446A6"/>
        </w:rPr>
        <w:t>[Jean Moulin]</w:t>
      </w:r>
    </w:p>
    <w:p>
      <w:pPr>
        <w:spacing w:after="0"/>
        <w:jc w:val="right"/>
      </w:pPr>
      <w:r>
        <w:rPr>
          <w:b w:val="0"/>
          <w:color w:val="2446A6"/>
        </w:rPr>
        <w:t>[12 avenue des Écoles, 75005 Paris]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>Objet : Candidature au BTS Notariat – rentrée 2027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d'un baccalauréat </w:t>
      </w:r>
      <w:r>
        <w:rPr>
          <w:b w:val="0"/>
          <w:color w:val="2446A6"/>
        </w:rPr>
        <w:t>[STMG option gestion et finance]</w:t>
      </w:r>
      <w:r>
        <w:rPr>
          <w:b w:val="0"/>
        </w:rPr>
        <w:t xml:space="preserve"> obtenu en </w:t>
      </w:r>
      <w:r>
        <w:rPr>
          <w:b w:val="0"/>
          <w:color w:val="2446A6"/>
        </w:rPr>
        <w:t>[2026]</w:t>
      </w:r>
      <w:r>
        <w:rPr>
          <w:b w:val="0"/>
        </w:rPr>
        <w:t xml:space="preserve">, je souhaite intégrer votre BTS Notariat à la rentrée 2027. Après un stage d'une semaine à l'étude de Maître </w:t>
      </w:r>
      <w:r>
        <w:rPr>
          <w:b w:val="0"/>
          <w:color w:val="2446A6"/>
        </w:rPr>
        <w:t>[Durand]</w:t>
      </w:r>
      <w:r>
        <w:rPr>
          <w:b w:val="0"/>
        </w:rPr>
        <w:t xml:space="preserve">, notaire à </w:t>
      </w:r>
      <w:r>
        <w:rPr>
          <w:b w:val="0"/>
          <w:color w:val="2446A6"/>
        </w:rPr>
        <w:t>[Lyon]</w:t>
      </w:r>
      <w:r>
        <w:rPr>
          <w:b w:val="0"/>
        </w:rPr>
        <w:t>, j'ai confirmé mon intérêt pour la rédaction d'actes et la relation avec les clients.</w:t>
      </w:r>
    </w:p>
    <w:p>
      <w:r>
        <w:rPr>
          <w:b w:val="0"/>
        </w:rPr>
        <w:t>Durant ce stage, j'ai classé des dossiers de vente, préparé des courriers simples et assisté à la signature d'une promesse de vente. J'ai compris que la rigueur, la discrétion et le sens du service sont les trois qualités attendues dans un office.</w:t>
      </w:r>
    </w:p>
    <w:p>
      <w:r>
        <w:rPr>
          <w:b w:val="0"/>
        </w:rPr>
        <w:t xml:space="preserve">Je me suis renseigné sur le programme du BTS Notariat : droit général, techniques notariales, environnement économique et managérial. Ma moyenne de </w:t>
      </w:r>
      <w:r>
        <w:rPr>
          <w:b w:val="0"/>
          <w:color w:val="2446A6"/>
        </w:rPr>
        <w:t>[15,5]</w:t>
      </w:r>
      <w:r>
        <w:rPr>
          <w:b w:val="0"/>
        </w:rPr>
        <w:t xml:space="preserve"> en droit et en économie en terminale montre que je peux suivre ces enseignements avec sérieux.</w:t>
      </w:r>
    </w:p>
    <w:p>
      <w:r>
        <w:rPr>
          <w:b w:val="0"/>
        </w:rPr>
        <w:t>Votre lycée prépare aux épreuves du BTS et développe des partenariats avec des études notariales de la région. Je souhaite effectuer les stages obligatoires dans un office partenaire et, à terme, devenir clerc de notaire.</w:t>
      </w:r>
    </w:p>
    <w:p>
      <w:r>
        <w:rPr>
          <w:b w:val="0"/>
        </w:rPr>
        <w:t>Sérieux et ponctuel, je suis disponible pour un entretien à votre convenance.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CV et bulletins scolaires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BTS Notariat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