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Tilleuls, 44000 Nantes]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Monsieur le Responsable de la formation BTS Professions immobilières</w:t>
      </w:r>
    </w:p>
    <w:p>
      <w:pPr>
        <w:spacing w:after="0"/>
        <w:jc w:val="right"/>
      </w:pPr>
      <w:r>
        <w:rPr>
          <w:b w:val="0"/>
        </w:rPr>
        <w:t xml:space="preserve">Lycée </w:t>
      </w:r>
      <w:r>
        <w:rPr>
          <w:b w:val="0"/>
          <w:color w:val="2446A6"/>
        </w:rPr>
        <w:t>[Nom de l'établissement]</w:t>
      </w:r>
      <w:r>
        <w:rPr>
          <w:b w:val="0"/>
        </w:rPr>
        <w:t xml:space="preserve">, </w:t>
      </w:r>
      <w:r>
        <w:rPr>
          <w:b w:val="0"/>
          <w:color w:val="2446A6"/>
        </w:rPr>
        <w:t>[25 avenue de la Gare, 44000 Nantes]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[5 mars 2026]</w:t>
      </w:r>
    </w:p>
    <w:p>
      <w:r>
        <w:rPr>
          <w:b/>
        </w:rPr>
        <w:t>Objet : candidature à la formation BTS Professions immobilières — rentrée 2026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Élève de terminale </w:t>
      </w:r>
      <w:r>
        <w:rPr>
          <w:b w:val="0"/>
          <w:color w:val="2446A6"/>
        </w:rPr>
        <w:t>[générale]</w:t>
      </w:r>
      <w:r>
        <w:rPr>
          <w:b w:val="0"/>
        </w:rPr>
        <w:t xml:space="preserve"> au lycée </w:t>
      </w:r>
      <w:r>
        <w:rPr>
          <w:b w:val="0"/>
          <w:color w:val="2446A6"/>
        </w:rPr>
        <w:t>[Nom du lycée]</w:t>
      </w:r>
      <w:r>
        <w:rPr>
          <w:b w:val="0"/>
        </w:rPr>
        <w:t xml:space="preserve">, je candidate au BTS Professions immobilières de votre établissement pour la rentrée de septembre 2026. Le bloc « transaction » du référentiel m'intéresse en premier : j'ai suivi l'an dernier un stage d'observation de deux semaines dans l'agence </w:t>
      </w:r>
      <w:r>
        <w:rPr>
          <w:b w:val="0"/>
          <w:color w:val="2446A6"/>
        </w:rPr>
        <w:t>[Nom de l'agence]</w:t>
      </w:r>
      <w:r>
        <w:rPr>
          <w:b w:val="0"/>
        </w:rPr>
        <w:t xml:space="preserve"> à </w:t>
      </w:r>
      <w:r>
        <w:rPr>
          <w:b w:val="0"/>
          <w:color w:val="2446A6"/>
        </w:rPr>
        <w:t>[Nantes]</w:t>
      </w:r>
      <w:r>
        <w:rPr>
          <w:b w:val="0"/>
        </w:rPr>
        <w:t>, où j'ai vu monter un compromis de vente et préparer les diagnostics avant signature chez le notaire.</w:t>
      </w:r>
    </w:p>
    <w:p>
      <w:r>
        <w:rPr>
          <w:b w:val="0"/>
        </w:rPr>
        <w:t xml:space="preserve">Ce stage m'a aussi montré la partie gestion locative : j'ai participé à la relance de </w:t>
      </w:r>
      <w:r>
        <w:rPr>
          <w:b w:val="0"/>
          <w:color w:val="2446A6"/>
        </w:rPr>
        <w:t>[quatre]</w:t>
      </w:r>
      <w:r>
        <w:rPr>
          <w:b w:val="0"/>
        </w:rPr>
        <w:t xml:space="preserve"> locataires en retard de loyer et à la rédaction d'un état des lieux d'entrée. J'ai compris qu'un BTS PI ne forme pas seulement à la vente, mais à la tenue d'un mandat, au suivi des quittances et à l'assemblée générale de copropriété.</w:t>
      </w:r>
    </w:p>
    <w:p>
      <w:r>
        <w:rPr>
          <w:b w:val="0"/>
        </w:rPr>
        <w:t xml:space="preserve">Mon dossier scolaire est régulier : moyenne de </w:t>
      </w:r>
      <w:r>
        <w:rPr>
          <w:b w:val="0"/>
          <w:color w:val="2446A6"/>
        </w:rPr>
        <w:t>[13,5]</w:t>
      </w:r>
      <w:r>
        <w:rPr>
          <w:b w:val="0"/>
        </w:rPr>
        <w:t xml:space="preserve"> en première et de </w:t>
      </w:r>
      <w:r>
        <w:rPr>
          <w:b w:val="0"/>
          <w:color w:val="2446A6"/>
        </w:rPr>
        <w:t>[14]</w:t>
      </w:r>
      <w:r>
        <w:rPr>
          <w:b w:val="0"/>
        </w:rPr>
        <w:t xml:space="preserve"> au premier trimestre de terminale, avec </w:t>
      </w:r>
      <w:r>
        <w:rPr>
          <w:b w:val="0"/>
          <w:color w:val="2446A6"/>
        </w:rPr>
        <w:t>[16]</w:t>
      </w:r>
      <w:r>
        <w:rPr>
          <w:b w:val="0"/>
        </w:rPr>
        <w:t xml:space="preserve"> en </w:t>
      </w:r>
      <w:r>
        <w:rPr>
          <w:b w:val="0"/>
          <w:color w:val="2446A6"/>
        </w:rPr>
        <w:t>[mathématiques]</w:t>
      </w:r>
      <w:r>
        <w:rPr>
          <w:b w:val="0"/>
        </w:rPr>
        <w:t xml:space="preserve"> et </w:t>
      </w:r>
      <w:r>
        <w:rPr>
          <w:b w:val="0"/>
          <w:color w:val="2446A6"/>
        </w:rPr>
        <w:t>[15]</w:t>
      </w:r>
      <w:r>
        <w:rPr>
          <w:b w:val="0"/>
        </w:rPr>
        <w:t xml:space="preserve"> en </w:t>
      </w:r>
      <w:r>
        <w:rPr>
          <w:b w:val="0"/>
          <w:color w:val="2446A6"/>
        </w:rPr>
        <w:t>[économie]</w:t>
      </w:r>
      <w:r>
        <w:rPr>
          <w:b w:val="0"/>
        </w:rPr>
        <w:t xml:space="preserve">. Je prépare le BTS PI en alternance si votre établissement le propose, avec l'objectif de signer un contrat d'apprentissage dans une agence de </w:t>
      </w:r>
      <w:r>
        <w:rPr>
          <w:b w:val="0"/>
          <w:color w:val="2446A6"/>
        </w:rPr>
        <w:t>[Nantes ou sa métropole]</w:t>
      </w:r>
      <w:r>
        <w:rPr>
          <w:b w:val="0"/>
        </w:rPr>
        <w:t xml:space="preserve"> dès la première année.</w:t>
      </w:r>
    </w:p>
    <w:p>
      <w:r>
        <w:rPr>
          <w:b w:val="0"/>
        </w:rPr>
        <w:t xml:space="preserve">Je me tiens à votre disposition pour un entretien de motivation et je peux fournir l'attestation de stage signée par l'agence </w:t>
      </w:r>
      <w:r>
        <w:rPr>
          <w:b w:val="0"/>
          <w:color w:val="2446A6"/>
        </w:rPr>
        <w:t>[Nom de l'agence]</w:t>
      </w:r>
      <w:r>
        <w:rPr>
          <w:b w:val="0"/>
        </w:rPr>
        <w:t xml:space="preserve"> ainsi que mes bulletins des deux dernières années.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CV 1 page, bulletins de 1re et de terminale, attestation de stage </w:t>
      </w:r>
      <w:r>
        <w:rPr>
          <w:b w:val="0"/>
          <w:color w:val="2446A6"/>
        </w:rPr>
        <w:t>[Nom de l'agence]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BTS Professions immobilières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