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Proviseur</w:t>
      </w:r>
    </w:p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[Lycée Saint-Joseph]</w:t>
      </w:r>
    </w:p>
    <w:p>
      <w:pPr>
        <w:spacing w:after="0"/>
        <w:jc w:val="right"/>
      </w:pPr>
      <w:r>
        <w:rPr>
          <w:b w:val="0"/>
          <w:color w:val="2446A6"/>
        </w:rPr>
        <w:t>[5 avenue de la Gare,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en première année de BTS Services informatiques aux organisations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en terminale générale au lycée </w:t>
      </w:r>
      <w:r>
        <w:rPr>
          <w:b w:val="0"/>
          <w:color w:val="2446A6"/>
        </w:rPr>
        <w:t>[Lycée Clemenceau]</w:t>
      </w:r>
      <w:r>
        <w:rPr>
          <w:b w:val="0"/>
        </w:rPr>
        <w:t xml:space="preserve">, où je suis les spécialités mathématiques et NSI, je souhaite intégrer la première année de votre BTS SIO à la rentrée 2027. Le programme du diplôme correspond à ce que je pratique déjà : en NSI, j'ai écrit un script Python qui interroge une base de données de </w:t>
      </w:r>
      <w:r>
        <w:rPr>
          <w:b w:val="0"/>
          <w:color w:val="2446A6"/>
        </w:rPr>
        <w:t>[200 films]</w:t>
      </w:r>
      <w:r>
        <w:rPr>
          <w:b w:val="0"/>
        </w:rPr>
        <w:t xml:space="preserve"> et affiche les résultats dans une interface Tkinter, projet noté </w:t>
      </w:r>
      <w:r>
        <w:rPr>
          <w:b w:val="0"/>
          <w:color w:val="2446A6"/>
        </w:rPr>
        <w:t>[17/20]</w:t>
      </w:r>
      <w:r>
        <w:rPr>
          <w:b w:val="0"/>
        </w:rPr>
        <w:t xml:space="preserve"> au deuxième trimestre.</w:t>
      </w:r>
    </w:p>
    <w:p>
      <w:r>
        <w:rPr>
          <w:b w:val="0"/>
        </w:rPr>
        <w:t>L'option SISR m'intéresse pour la gestion des réseaux et des serveurs. J'ai monté chez moi un serveur Linux sous Debian, installé un serveur web Apache et testé la connexion à distance depuis le réseau du lycée avec l'accord de mon professeur. Ces manipulations m'ont montré que le métier d'administrateur ne se limite pas à réparer des postes : il s'agit de sécuriser des accès, de documenter une infrastructure et de répondre à des utilisateurs qui n'ont pas le vocabulaire technique.</w:t>
      </w:r>
    </w:p>
    <w:p>
      <w:r>
        <w:rPr>
          <w:b w:val="0"/>
        </w:rPr>
        <w:t xml:space="preserve">Votre établissement propose un stage de six semaines en fin de première année, avec un partenariat signé avec </w:t>
      </w:r>
      <w:r>
        <w:rPr>
          <w:b w:val="0"/>
          <w:color w:val="2446A6"/>
        </w:rPr>
        <w:t>[deux ESN de l'agglomération nantaise]</w:t>
      </w:r>
      <w:r>
        <w:rPr>
          <w:b w:val="0"/>
        </w:rPr>
        <w:t>. C'est le format qui me convient : je veux confronter mes bases à une vraie file de tickets avant de choisir entre administration système et cybersécurité. Mon projet à cinq ans est d'obtenir le BTS, puis une licence professionnelle en administration et sécurité des réseaux, en alternance.</w:t>
      </w:r>
    </w:p>
    <w:p>
      <w:r>
        <w:rPr>
          <w:b w:val="0"/>
        </w:rPr>
        <w:t>Je reste disponible pour un entretien et pour vous transmettre mon bulletin du premier trimestre dès sa publication, en décembre. Je vous remercie de l'attention portée à ma candidature et vous prie d'agréer, Madame, Monsieur, l'expression de ma considération distinguée.</w:t>
      </w:r>
    </w:p>
    <w:p>
      <w:r>
        <w:rPr>
          <w:b w:val="0"/>
        </w:rPr>
        <w:t>Veuillez 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 de notes de première et de terminale, attestation de stage d'observation de 3e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SIO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