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[Camille Moreau]</w:t>
      </w:r>
    </w:p>
    <w:p>
      <w:pPr>
        <w:spacing w:after="0"/>
      </w:pPr>
      <w:r>
        <w:rPr>
          <w:b w:val="0"/>
          <w:color w:val="2446A6"/>
        </w:rPr>
        <w:t>[12 rue des Glycines, 44000 Nantes]</w:t>
      </w:r>
    </w:p>
    <w:p>
      <w:pPr>
        <w:spacing w:after="0"/>
      </w:pPr>
      <w:r>
        <w:rPr>
          <w:b w:val="0"/>
          <w:color w:val="2446A6"/>
        </w:rPr>
        <w:t>[06 78 90 12 34]</w:t>
      </w:r>
    </w:p>
    <w:p>
      <w:pPr>
        <w:spacing w:after="0"/>
      </w:pPr>
      <w:r>
        <w:rPr>
          <w:b w:val="0"/>
          <w:color w:val="2446A6"/>
        </w:rPr>
        <w:t>[camille.moreau@email.com]</w:t>
      </w:r>
    </w:p>
    <w:p/>
    <w:p>
      <w:pPr>
        <w:spacing w:after="0"/>
        <w:jc w:val="right"/>
      </w:pPr>
      <w:r>
        <w:rPr>
          <w:b w:val="0"/>
          <w:color w:val="2446A6"/>
        </w:rPr>
        <w:t>[Lycée Ernest Renan – Service des admissions]</w:t>
      </w:r>
    </w:p>
    <w:p>
      <w:pPr>
        <w:spacing w:after="0"/>
        <w:jc w:val="right"/>
      </w:pPr>
      <w:r>
        <w:rPr>
          <w:b w:val="0"/>
          <w:color w:val="2446A6"/>
        </w:rPr>
        <w:t>[5 boulevard Albert Camus, 22000 Saint-Brieuc]</w:t>
      </w:r>
    </w:p>
    <w:p/>
    <w:p>
      <w:pPr>
        <w:jc w:val="right"/>
      </w:pPr>
      <w:r>
        <w:rPr>
          <w:b w:val="0"/>
        </w:rPr>
        <w:t xml:space="preserve">À </w:t>
      </w:r>
      <w:r>
        <w:rPr>
          <w:b w:val="0"/>
          <w:color w:val="2446A6"/>
        </w:rPr>
        <w:t>[Nantes]</w:t>
      </w:r>
      <w:r>
        <w:rPr>
          <w:b w:val="0"/>
        </w:rPr>
        <w:t xml:space="preserve">, le </w:t>
      </w:r>
      <w:r>
        <w:rPr>
          <w:b w:val="0"/>
          <w:color w:val="2446A6"/>
        </w:rPr>
        <w:t>[24 mars 2027]</w:t>
      </w:r>
    </w:p>
    <w:p>
      <w:r>
        <w:rPr>
          <w:b/>
        </w:rPr>
        <w:t xml:space="preserve">Objet : Candidature au BTS Services et Prestations des Secteurs Sanitaire et Social – rentrée </w:t>
      </w:r>
      <w:r>
        <w:rPr>
          <w:b/>
          <w:color w:val="2446A6"/>
        </w:rPr>
        <w:t>[septembre 2027]</w:t>
      </w:r>
    </w:p>
    <w:p/>
    <w:p>
      <w:r>
        <w:rPr>
          <w:b w:val="0"/>
        </w:rPr>
        <w:t>Madame, Monsieur,</w:t>
      </w:r>
    </w:p>
    <w:p>
      <w:r>
        <w:rPr>
          <w:b w:val="0"/>
        </w:rPr>
        <w:t xml:space="preserve">Actuellement en terminale </w:t>
      </w:r>
      <w:r>
        <w:rPr>
          <w:b w:val="0"/>
          <w:color w:val="2446A6"/>
        </w:rPr>
        <w:t>[STMG]</w:t>
      </w:r>
      <w:r>
        <w:rPr>
          <w:b w:val="0"/>
        </w:rPr>
        <w:t xml:space="preserve"> au lycée </w:t>
      </w:r>
      <w:r>
        <w:rPr>
          <w:b w:val="0"/>
          <w:color w:val="2446A6"/>
        </w:rPr>
        <w:t>[Jules Verne]</w:t>
      </w:r>
      <w:r>
        <w:rPr>
          <w:b w:val="0"/>
        </w:rPr>
        <w:t xml:space="preserve">, je vous adresse ma candidature pour intégrer la formation BTS SP3S à la rentrée de </w:t>
      </w:r>
      <w:r>
        <w:rPr>
          <w:b w:val="0"/>
          <w:color w:val="2446A6"/>
        </w:rPr>
        <w:t>[septembre 2027]</w:t>
      </w:r>
      <w:r>
        <w:rPr>
          <w:b w:val="0"/>
        </w:rPr>
        <w:t xml:space="preserve">. La découverte des métiers du lien social au cours d’un stage d’observation de </w:t>
      </w:r>
      <w:r>
        <w:rPr>
          <w:b w:val="0"/>
          <w:color w:val="2446A6"/>
        </w:rPr>
        <w:t>[deux semaines]</w:t>
      </w:r>
      <w:r>
        <w:rPr>
          <w:b w:val="0"/>
        </w:rPr>
        <w:t xml:space="preserve"> au sein de la MDPH de </w:t>
      </w:r>
      <w:r>
        <w:rPr>
          <w:b w:val="0"/>
          <w:color w:val="2446A6"/>
        </w:rPr>
        <w:t>[Loire-Atlantique]</w:t>
      </w:r>
      <w:r>
        <w:rPr>
          <w:b w:val="0"/>
        </w:rPr>
        <w:t xml:space="preserve"> a confirmé mon choix.</w:t>
      </w:r>
    </w:p>
    <w:p>
      <w:r>
        <w:rPr>
          <w:b w:val="0"/>
        </w:rPr>
        <w:t xml:space="preserve">Ce stage m’a permis de suivre l’instruction de trois dossiers de demande de prestation de compensation du handicap. J’ai mesuré l’importance d’une écoute sans jugement et la rigueur qu’exige le montage d’un dossier administratif. Depuis, je me tiens informé des évolutions législatives : la loi </w:t>
      </w:r>
      <w:r>
        <w:rPr>
          <w:b w:val="0"/>
          <w:color w:val="2446A6"/>
        </w:rPr>
        <w:t>[2023]</w:t>
      </w:r>
      <w:r>
        <w:rPr>
          <w:b w:val="0"/>
        </w:rPr>
        <w:t xml:space="preserve"> sur la durée du travail dans les EHPAD, par exemple, renforce ma volonté de contribuer à un service plus humain.</w:t>
      </w:r>
    </w:p>
    <w:p>
      <w:r>
        <w:rPr>
          <w:b w:val="0"/>
        </w:rPr>
        <w:t>Le programme du BTS SP3S, avec ses modules « Techniques de communication professionnelle » et « Gestion de la vie quotidienne dans une structure », répond exactement aux compétences que je souhaite acquérir. La période de formation en milieu professionnel de 13 semaines prévue dès la première année me permettra d’affiner mon projet : je vise le métier de conseiller en économie sociale et familiale, avec une spécialisation dans l’accompagnement au budget des familles monoparentales.</w:t>
      </w:r>
    </w:p>
    <w:p>
      <w:r>
        <w:rPr>
          <w:b w:val="0"/>
        </w:rPr>
        <w:t xml:space="preserve">Mon parcours en STMG m’a donné des bases en droit et en gestion, utiles pour traiter les prestations sociales légales. Par ailleurs, je suis engagé depuis </w:t>
      </w:r>
      <w:r>
        <w:rPr>
          <w:b w:val="0"/>
          <w:color w:val="2446A6"/>
        </w:rPr>
        <w:t>[deux ans]</w:t>
      </w:r>
      <w:r>
        <w:rPr>
          <w:b w:val="0"/>
        </w:rPr>
        <w:t xml:space="preserve"> dans l’association « Un toit pour tous », où je participe aux maraudes du samedi soir. Cette expérience m’a appris à créer un lien de confiance en moins de cinq minutes, une qualité que je mets en pratique à chaque rencontre.</w:t>
      </w:r>
    </w:p>
    <w:p>
      <w:r>
        <w:rPr>
          <w:b w:val="0"/>
        </w:rPr>
        <w:t xml:space="preserve">Je me tiens à votre disposition pour un entretien à partir du </w:t>
      </w:r>
      <w:r>
        <w:rPr>
          <w:b w:val="0"/>
          <w:color w:val="2446A6"/>
        </w:rPr>
        <w:t>[15 mai 2027]</w:t>
      </w:r>
      <w:r>
        <w:rPr>
          <w:b w:val="0"/>
        </w:rPr>
        <w:t>. Vous trouverez ci-joint mon CV, mes bulletins des classes de première et de terminale ainsi qu’une attestation de mon stage à la MDPH.</w:t>
      </w:r>
    </w:p>
    <w:p>
      <w:r>
        <w:rPr>
          <w:b w:val="0"/>
        </w:rPr>
        <w:t>Dans l’attente de votre réponse, je vous prie d’agréer, Madame, Monsieur, l’expression de ma considération distinguée.</w:t>
      </w:r>
    </w:p>
    <w:p/>
    <w:p>
      <w:pPr>
        <w:jc w:val="right"/>
      </w:pPr>
      <w:r>
        <w:rPr>
          <w:b w:val="0"/>
          <w:color w:val="2446A6"/>
        </w:rPr>
        <w:t>[Camille Moreau]</w:t>
      </w:r>
    </w:p>
    <w:p/>
    <w:p>
      <w:r>
        <w:rPr>
          <w:b w:val="0"/>
        </w:rPr>
        <w:t xml:space="preserve">Pièces jointes : CV, bulletins scolaires de première et terminale, attestation de stage, lettre de recommandation de </w:t>
      </w:r>
      <w:r>
        <w:rPr>
          <w:b w:val="0"/>
          <w:color w:val="2446A6"/>
        </w:rPr>
        <w:t>[M. Dupont, tuteur de stage]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SP3S</dc:title>
  <dc:subject/>
  <dc:creator/>
  <cp:keywords/>
  <dc:description/>
  <cp:lastModifiedBy/>
  <cp:revision>1</cp:revision>
  <dcterms:created xsi:type="dcterms:W3CDTF">2013-12-23T23:15:00Z</dcterms:created>
  <dcterms:modified xsi:type="dcterms:W3CDTF">2013-12-23T23:15:00Z</dcterms:modified>
  <cp:category/>
</cp:coreProperties>
</file>