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[12 rue des Écoles]</w:t>
      </w:r>
    </w:p>
    <w:p>
      <w:pPr>
        <w:spacing w:after="0"/>
      </w:pPr>
      <w:r>
        <w:rPr>
          <w:b w:val="0"/>
          <w:color w:val="2446A6"/>
        </w:rPr>
        <w:t>[75005 Paris]</w:t>
      </w:r>
    </w:p>
    <w:p>
      <w:pPr>
        <w:spacing w:after="0"/>
      </w:pPr>
      <w:r>
        <w:rPr>
          <w:b w:val="0"/>
          <w:color w:val="2446A6"/>
        </w:rPr>
        <w:t>[prenom.nom@email.com]</w:t>
      </w:r>
    </w:p>
    <w:p>
      <w:pPr>
        <w:spacing w:after="0"/>
      </w:pPr>
      <w:r>
        <w:rPr>
          <w:b w:val="0"/>
          <w:color w:val="2446A6"/>
        </w:rPr>
        <w:t>[06 12 34 56 78]</w:t>
      </w:r>
    </w:p>
    <w:p/>
    <w:p>
      <w:pPr>
        <w:spacing w:after="0"/>
        <w:jc w:val="right"/>
      </w:pPr>
      <w:r>
        <w:rPr>
          <w:b w:val="0"/>
        </w:rPr>
        <w:t xml:space="preserve">Commission pédagogique du master MEEF </w:t>
      </w:r>
      <w:r>
        <w:rPr>
          <w:b w:val="0"/>
          <w:color w:val="2446A6"/>
        </w:rPr>
        <w:t>[1er degré]</w:t>
      </w:r>
    </w:p>
    <w:p>
      <w:pPr>
        <w:spacing w:after="0"/>
        <w:jc w:val="right"/>
      </w:pPr>
      <w:r>
        <w:rPr>
          <w:b w:val="0"/>
        </w:rPr>
        <w:t xml:space="preserve">INSPÉ de </w:t>
      </w:r>
      <w:r>
        <w:rPr>
          <w:b w:val="0"/>
          <w:color w:val="2446A6"/>
        </w:rPr>
        <w:t>[Paris]</w:t>
      </w:r>
    </w:p>
    <w:p>
      <w:pPr>
        <w:spacing w:after="0"/>
        <w:jc w:val="right"/>
      </w:pPr>
      <w:r>
        <w:rPr>
          <w:b w:val="0"/>
          <w:color w:val="2446A6"/>
        </w:rPr>
        <w:t>[10 rue Molitor, 75016 Paris]</w:t>
      </w:r>
    </w:p>
    <w:p/>
    <w:p>
      <w:pPr>
        <w:jc w:val="right"/>
      </w:pPr>
      <w:r>
        <w:rPr>
          <w:b w:val="0"/>
        </w:rPr>
        <w:t xml:space="preserve">À </w:t>
      </w:r>
      <w:r>
        <w:rPr>
          <w:b w:val="0"/>
          <w:color w:val="2446A6"/>
        </w:rPr>
        <w:t>[Paris]</w:t>
      </w:r>
      <w:r>
        <w:rPr>
          <w:b w:val="0"/>
        </w:rPr>
        <w:t>, le 24 septembre 2026</w:t>
      </w:r>
    </w:p>
    <w:p>
      <w:r>
        <w:rPr>
          <w:b/>
        </w:rPr>
        <w:t xml:space="preserve">Objet : Candidature au master MEEF mention </w:t>
      </w:r>
      <w:r>
        <w:rPr>
          <w:b/>
          <w:color w:val="2446A6"/>
        </w:rPr>
        <w:t>[premier degré]</w:t>
      </w:r>
      <w:r>
        <w:rPr>
          <w:b/>
        </w:rPr>
        <w:t xml:space="preserve">, parcours </w:t>
      </w:r>
      <w:r>
        <w:rPr>
          <w:b/>
          <w:color w:val="2446A6"/>
        </w:rPr>
        <w:t>[professorat des écoles]</w:t>
      </w:r>
    </w:p>
    <w:p/>
    <w:p>
      <w:r>
        <w:rPr>
          <w:b w:val="0"/>
        </w:rPr>
        <w:t>Madame, Monsieur,</w:t>
      </w:r>
    </w:p>
    <w:p>
      <w:r>
        <w:rPr>
          <w:b w:val="0"/>
        </w:rPr>
        <w:t xml:space="preserve">Titulaire d'une licence </w:t>
      </w:r>
      <w:r>
        <w:rPr>
          <w:b w:val="0"/>
          <w:color w:val="2446A6"/>
        </w:rPr>
        <w:t>[Sciences de l'éducation]</w:t>
      </w:r>
      <w:r>
        <w:rPr>
          <w:b w:val="0"/>
        </w:rPr>
        <w:t xml:space="preserve"> obtenue à </w:t>
      </w:r>
      <w:r>
        <w:rPr>
          <w:b w:val="0"/>
          <w:color w:val="2446A6"/>
        </w:rPr>
        <w:t>[l'Université Paris Cité]</w:t>
      </w:r>
      <w:r>
        <w:rPr>
          <w:b w:val="0"/>
        </w:rPr>
        <w:t xml:space="preserve"> avec une moyenne de </w:t>
      </w:r>
      <w:r>
        <w:rPr>
          <w:b w:val="0"/>
          <w:color w:val="2446A6"/>
        </w:rPr>
        <w:t>[14,2/20]</w:t>
      </w:r>
      <w:r>
        <w:rPr>
          <w:b w:val="0"/>
        </w:rPr>
        <w:t xml:space="preserve">, je soumets ma candidature pour intégrer le master MEEF </w:t>
      </w:r>
      <w:r>
        <w:rPr>
          <w:b w:val="0"/>
          <w:color w:val="2446A6"/>
        </w:rPr>
        <w:t>[premier degré]</w:t>
      </w:r>
      <w:r>
        <w:rPr>
          <w:b w:val="0"/>
        </w:rPr>
        <w:t xml:space="preserve"> à la rentrée 2027.</w:t>
      </w:r>
    </w:p>
    <w:p>
      <w:r>
        <w:rPr>
          <w:b w:val="0"/>
        </w:rPr>
        <w:t xml:space="preserve">J'ai effectué un stage d'observation de </w:t>
      </w:r>
      <w:r>
        <w:rPr>
          <w:b w:val="0"/>
          <w:color w:val="2446A6"/>
        </w:rPr>
        <w:t>[quatre jours]</w:t>
      </w:r>
      <w:r>
        <w:rPr>
          <w:b w:val="0"/>
        </w:rPr>
        <w:t xml:space="preserve"> dans une classe de </w:t>
      </w:r>
      <w:r>
        <w:rPr>
          <w:b w:val="0"/>
          <w:color w:val="2446A6"/>
        </w:rPr>
        <w:t>[CE1]</w:t>
      </w:r>
      <w:r>
        <w:rPr>
          <w:b w:val="0"/>
        </w:rPr>
        <w:t xml:space="preserve"> à l'école </w:t>
      </w:r>
      <w:r>
        <w:rPr>
          <w:b w:val="0"/>
          <w:color w:val="2446A6"/>
        </w:rPr>
        <w:t>[Jean Jaurès]</w:t>
      </w:r>
      <w:r>
        <w:rPr>
          <w:b w:val="0"/>
        </w:rPr>
        <w:t xml:space="preserve"> de </w:t>
      </w:r>
      <w:r>
        <w:rPr>
          <w:b w:val="0"/>
          <w:color w:val="2446A6"/>
        </w:rPr>
        <w:t>[Montreuil]</w:t>
      </w:r>
      <w:r>
        <w:rPr>
          <w:b w:val="0"/>
        </w:rPr>
        <w:t xml:space="preserve"> en </w:t>
      </w:r>
      <w:r>
        <w:rPr>
          <w:b w:val="0"/>
          <w:color w:val="2446A6"/>
        </w:rPr>
        <w:t>[mars 2026]</w:t>
      </w:r>
      <w:r>
        <w:rPr>
          <w:b w:val="0"/>
        </w:rPr>
        <w:t>. J'y ai suivi la mise en place d'une séquence de lecture-compréhension sur un album de littérature jeunesse, et animé un atelier de production d'écrits en petit groupe. Cette immersion m'a permis de mesurer l'importance de la différenciation pédagogique face à des élèves dont les niveaux de lecture s'étalaient du début CP au CE2.</w:t>
      </w:r>
    </w:p>
    <w:p>
      <w:r>
        <w:rPr>
          <w:b w:val="0"/>
        </w:rPr>
        <w:t xml:space="preserve">Mon mémoire de licence, consacré à </w:t>
      </w:r>
      <w:r>
        <w:rPr>
          <w:b w:val="0"/>
          <w:color w:val="2446A6"/>
        </w:rPr>
        <w:t>[l'acquisition du geste graphique chez les élèves de maternelle]</w:t>
      </w:r>
      <w:r>
        <w:rPr>
          <w:b w:val="0"/>
        </w:rPr>
        <w:t>, m'a conduit à analyser les programmes du cycle 1 et à construire une séquence testée en classe de grande section. Ce travail de recherche m'a familiarisé avec les attentes du mémoire de master et la démarche réflexive exigée par le référentiel de compétences des métiers du professorat.</w:t>
      </w:r>
    </w:p>
    <w:p>
      <w:r>
        <w:rPr>
          <w:b w:val="0"/>
        </w:rPr>
        <w:t>Je prépare actuellement le concours de recrutement de professeurs des écoles (CRPE) en candidat libre, ce qui m'assure une première maîtrise des épreuves écrites de français et de mathématiques. Intégrer votre INSPÉ me permettrait de bénéficier de l'alternance entre cours et stages filés, dispositif qui correspond à ma façon d'apprendre par la pratique.</w:t>
      </w:r>
    </w:p>
    <w:p>
      <w:r>
        <w:rPr>
          <w:b w:val="0"/>
        </w:rPr>
        <w:t>Dans l'attente de votre réponse, je vous prie d'agréer, Madame, Monsieur, l'expression de ma considération distinguée.</w:t>
      </w:r>
    </w:p>
    <w:p/>
    <w:p>
      <w:pPr>
        <w:jc w:val="right"/>
      </w:pPr>
      <w:r>
        <w:rPr>
          <w:b w:val="0"/>
          <w:color w:val="2446A6"/>
        </w:rPr>
        <w:t>[Prénom Nom]</w:t>
      </w:r>
    </w:p>
    <w:p/>
    <w:p>
      <w:r>
        <w:rPr>
          <w:b w:val="0"/>
        </w:rPr>
        <w:t>Pièces jointes : curriculum vitae, relevés de notes de licence, attestation de stage d'observation</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master MEEF</dc:title>
  <dc:subject/>
  <dc:creator/>
  <cp:keywords/>
  <dc:description/>
  <cp:lastModifiedBy/>
  <cp:revision>1</cp:revision>
  <dcterms:created xsi:type="dcterms:W3CDTF">2013-12-23T23:15:00Z</dcterms:created>
  <dcterms:modified xsi:type="dcterms:W3CDTF">2013-12-23T23:15:00Z</dcterms:modified>
  <cp:category/>
</cp:coreProperties>
</file>