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rPr>
        <w:t>Madame, Monsieur les membres de la commission d'examen des vœux</w:t>
      </w:r>
    </w:p>
    <w:p>
      <w:pPr>
        <w:spacing w:after="0"/>
        <w:jc w:val="right"/>
      </w:pPr>
      <w:r>
        <w:rPr>
          <w:b w:val="0"/>
        </w:rPr>
        <w:t xml:space="preserve">IFMEM de </w:t>
      </w:r>
      <w:r>
        <w:rPr>
          <w:b w:val="0"/>
          <w:color w:val="2446A6"/>
        </w:rPr>
        <w:t>[Ville]</w:t>
      </w:r>
    </w:p>
    <w:p>
      <w:pPr>
        <w:spacing w:after="0"/>
        <w:jc w:val="right"/>
      </w:pPr>
      <w:r>
        <w:rPr>
          <w:b w:val="0"/>
          <w:color w:val="2446A6"/>
        </w:rPr>
        <w:t>[Adresse de l'institut]</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DTS Imagerie Médicale et Radiologie Thérapeutique – Parcoursup</w:t>
      </w:r>
    </w:p>
    <w:p/>
    <w:p>
      <w:r>
        <w:rPr>
          <w:b w:val="0"/>
        </w:rPr>
        <w:t>Madame, Monsieur,</w:t>
      </w:r>
    </w:p>
    <w:p>
      <w:r>
        <w:rPr>
          <w:b w:val="0"/>
        </w:rPr>
        <w:t xml:space="preserve">Titulaire d’un baccalauréat </w:t>
      </w:r>
      <w:r>
        <w:rPr>
          <w:b w:val="0"/>
          <w:color w:val="2446A6"/>
        </w:rPr>
        <w:t>[général spécialités Physique-Chimie et SVT / STL SPCL / ST2S]</w:t>
      </w:r>
      <w:r>
        <w:rPr>
          <w:b w:val="0"/>
        </w:rPr>
        <w:t xml:space="preserve">, je souhaite intégrer la formation de manipulateur en électroradiologie médicale. Mon projet s’est construit lors de </w:t>
      </w:r>
      <w:r>
        <w:rPr>
          <w:b w:val="0"/>
          <w:color w:val="2446A6"/>
        </w:rPr>
        <w:t>[mon stage d’observation au service d’imagerie du CHU de Lyon / ma rencontre avec un manipulateur lors d’une hospitalisation]</w:t>
      </w:r>
      <w:r>
        <w:rPr>
          <w:b w:val="0"/>
        </w:rPr>
        <w:t>. J’ai découvert un métier où la technicité de l’acquisition d’images – radiographie, scanner, IRM – se met au service du patient, dans un dialogue permanent avec les radiologues et les équipes soignantes.</w:t>
      </w:r>
    </w:p>
    <w:p>
      <w:r>
        <w:rPr>
          <w:b w:val="0"/>
        </w:rPr>
        <w:t>La radioprotection, le positionnement précis du patient et l’adaptation du protocole à chaque situation clinique m’ont montré que rigueur et empathie sont indissociables. J’ai pu observer la gestion du stress lors d’une radiologie interventionnelle et l’importance de rassurer un enfant avant une IRM. Ces moments ont confirmé ma volonté d’exercer un métier où la physique, l’anatomie et la relation d’aide se rejoignent.</w:t>
      </w:r>
    </w:p>
    <w:p>
      <w:r>
        <w:rPr>
          <w:b w:val="0"/>
        </w:rPr>
        <w:t xml:space="preserve">Mes spécialités scientifiques m’ont apporté les bases en rayonnements, en mécanique et en biologie nécessaires pour aborder les enseignements théoriques du DTS IMRT. Mon expérience de </w:t>
      </w:r>
      <w:r>
        <w:rPr>
          <w:b w:val="0"/>
          <w:color w:val="2446A6"/>
        </w:rPr>
        <w:t>[bénévolat à la Croix-Rouge / job étudiant en Ehpad]</w:t>
      </w:r>
      <w:r>
        <w:rPr>
          <w:b w:val="0"/>
        </w:rPr>
        <w:t xml:space="preserve"> a renforcé mon sens du contact et ma capacité à accompagner des personnes fragiles. Je suis prêt à m’investir dans les stages cliniques et à respecter les règles strictes de l’ASN.</w:t>
      </w:r>
    </w:p>
    <w:p>
      <w:r>
        <w:rPr>
          <w:b w:val="0"/>
        </w:rPr>
        <w:t xml:space="preserve">Choisir l’IFMEM de </w:t>
      </w:r>
      <w:r>
        <w:rPr>
          <w:b w:val="0"/>
          <w:color w:val="2446A6"/>
        </w:rPr>
        <w:t>[Ville]</w:t>
      </w:r>
      <w:r>
        <w:rPr>
          <w:b w:val="0"/>
        </w:rPr>
        <w:t xml:space="preserve">, c’est bénéficier d’un plateau technique de </w:t>
      </w:r>
      <w:r>
        <w:rPr>
          <w:b w:val="0"/>
          <w:color w:val="2446A6"/>
        </w:rPr>
        <w:t>[simulation / dernière génération]</w:t>
      </w:r>
      <w:r>
        <w:rPr>
          <w:b w:val="0"/>
        </w:rPr>
        <w:t xml:space="preserve"> et d’une formation reconnue pour son taux d’insertion de </w:t>
      </w:r>
      <w:r>
        <w:rPr>
          <w:b w:val="0"/>
          <w:color w:val="2446A6"/>
        </w:rPr>
        <w:t>[95 %]</w:t>
      </w:r>
      <w:r>
        <w:rPr>
          <w:b w:val="0"/>
        </w:rPr>
        <w:t xml:space="preserve"> à six mois. Je suis déterminé à obtenir ce diplôme et à devenir un professionnel de santé capable de réaliser des examens de qualité tout en prenant soin de chaque patient.</w:t>
      </w:r>
    </w:p>
    <w:p>
      <w:r>
        <w:rPr>
          <w:b w:val="0"/>
        </w:rPr>
        <w:t>Dans l’attente de votre retour, je vous prie d’agréer, Madame, Monsieur, l’expression de ma considération distinguée.</w:t>
      </w:r>
    </w:p>
    <w:p/>
    <w:p>
      <w:pPr>
        <w:jc w:val="right"/>
      </w:pPr>
      <w:r>
        <w:rPr>
          <w:b w:val="0"/>
          <w:color w:val="2446A6"/>
        </w:rPr>
        <w:t>[Prénom Nom]</w:t>
      </w:r>
    </w:p>
    <w:p/>
    <w:p>
      <w:r>
        <w:rPr>
          <w:b w:val="0"/>
        </w:rPr>
        <w:t>Pièce jointe : Curriculum vitae et bulletins scolaires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Parcoursup manipulateur radio</dc:title>
  <dc:subject/>
  <dc:creator/>
  <cp:keywords/>
  <dc:description/>
  <cp:lastModifiedBy/>
  <cp:revision>1</cp:revision>
  <dcterms:created xsi:type="dcterms:W3CDTF">2013-12-23T23:15:00Z</dcterms:created>
  <dcterms:modified xsi:type="dcterms:W3CDTF">2013-12-23T23:15:00Z</dcterms:modified>
  <cp:category/>
</cp:coreProperties>
</file>