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rPr>
        <w:t>Centre de Formation Universitaire en Orthophonie de Poitiers</w:t>
      </w:r>
    </w:p>
    <w:p>
      <w:pPr>
        <w:spacing w:after="0"/>
        <w:jc w:val="right"/>
      </w:pPr>
      <w:r>
        <w:rPr>
          <w:b w:val="0"/>
        </w:rPr>
        <w:t>15 rue de l'Hôtel Dieu</w:t>
      </w:r>
    </w:p>
    <w:p>
      <w:pPr>
        <w:spacing w:after="0"/>
        <w:jc w:val="right"/>
      </w:pPr>
      <w:r>
        <w:rPr>
          <w:b w:val="0"/>
        </w:rPr>
        <w:t>86000 Poitiers</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en première année d'orthophonie – Parcoursup </w:t>
      </w:r>
      <w:r>
        <w:rPr>
          <w:b/>
          <w:color w:val="2446A6"/>
        </w:rPr>
        <w:t>[numéro de dossier]</w:t>
      </w:r>
    </w:p>
    <w:p/>
    <w:p>
      <w:r>
        <w:rPr>
          <w:b w:val="0"/>
        </w:rPr>
        <w:t>Madame, Monsieur,</w:t>
      </w:r>
    </w:p>
    <w:p>
      <w:r>
        <w:rPr>
          <w:b w:val="0"/>
        </w:rPr>
        <w:t xml:space="preserve">Actuellement en terminale </w:t>
      </w:r>
      <w:r>
        <w:rPr>
          <w:b w:val="0"/>
          <w:color w:val="2446A6"/>
        </w:rPr>
        <w:t>[filière]</w:t>
      </w:r>
      <w:r>
        <w:rPr>
          <w:b w:val="0"/>
        </w:rPr>
        <w:t xml:space="preserve"> au lycée </w:t>
      </w:r>
      <w:r>
        <w:rPr>
          <w:b w:val="0"/>
          <w:color w:val="2446A6"/>
        </w:rPr>
        <w:t>[Nom]</w:t>
      </w:r>
      <w:r>
        <w:rPr>
          <w:b w:val="0"/>
        </w:rPr>
        <w:t xml:space="preserve">, je souhaite intégrer le Centre de Formation Universitaire en Orthophonie de </w:t>
      </w:r>
      <w:r>
        <w:rPr>
          <w:b w:val="0"/>
          <w:color w:val="2446A6"/>
        </w:rPr>
        <w:t>[Université]</w:t>
      </w:r>
      <w:r>
        <w:rPr>
          <w:b w:val="0"/>
        </w:rPr>
        <w:t xml:space="preserve"> pour la rentrée 2026. Mon projet professionnel s'est construit au cours d'un stage d'observation de </w:t>
      </w:r>
      <w:r>
        <w:rPr>
          <w:b w:val="0"/>
          <w:color w:val="2446A6"/>
        </w:rPr>
        <w:t>[deux semaines]</w:t>
      </w:r>
      <w:r>
        <w:rPr>
          <w:b w:val="0"/>
        </w:rPr>
        <w:t xml:space="preserve"> au sein du cabinet de </w:t>
      </w:r>
      <w:r>
        <w:rPr>
          <w:b w:val="0"/>
          <w:color w:val="2446A6"/>
        </w:rPr>
        <w:t>[Mme Dupont]</w:t>
      </w:r>
      <w:r>
        <w:rPr>
          <w:b w:val="0"/>
        </w:rPr>
        <w:t xml:space="preserve">, orthophoniste à </w:t>
      </w:r>
      <w:r>
        <w:rPr>
          <w:b w:val="0"/>
          <w:color w:val="2446A6"/>
        </w:rPr>
        <w:t>[Lyon]</w:t>
      </w:r>
      <w:r>
        <w:rPr>
          <w:b w:val="0"/>
        </w:rPr>
        <w:t>, où j'ai découvert la diversité des prises en charge, du bilan des troubles du langage oral chez l'enfant à la rééducation de la déglutition chez l'adulte cérébrolésé.</w:t>
      </w:r>
    </w:p>
    <w:p>
      <w:r>
        <w:rPr>
          <w:b w:val="0"/>
        </w:rPr>
        <w:t xml:space="preserve">Mes résultats en </w:t>
      </w:r>
      <w:r>
        <w:rPr>
          <w:b w:val="0"/>
          <w:color w:val="2446A6"/>
        </w:rPr>
        <w:t>[français, sciences du langage et SVT]</w:t>
      </w:r>
      <w:r>
        <w:rPr>
          <w:b w:val="0"/>
        </w:rPr>
        <w:t xml:space="preserve"> attestent de ma rigueur et de ma capacité à assimiler les enseignements théoriques exigeants des premières années. Par ailleurs, mon engagement bénévole hebdomadaire depuis </w:t>
      </w:r>
      <w:r>
        <w:rPr>
          <w:b w:val="0"/>
          <w:color w:val="2446A6"/>
        </w:rPr>
        <w:t>[2024]</w:t>
      </w:r>
      <w:r>
        <w:rPr>
          <w:b w:val="0"/>
        </w:rPr>
        <w:t xml:space="preserve"> à l'association </w:t>
      </w:r>
      <w:r>
        <w:rPr>
          <w:b w:val="0"/>
          <w:color w:val="2446A6"/>
        </w:rPr>
        <w:t>[Coup de Pouce]</w:t>
      </w:r>
      <w:r>
        <w:rPr>
          <w:b w:val="0"/>
        </w:rPr>
        <w:t xml:space="preserve"> qui accompagne des élèves en difficulté de lecture m'a permis de développer une écoute active, une patience et une adaptation constantes – qualités indispensables au métier d'orthophoniste.</w:t>
      </w:r>
    </w:p>
    <w:p>
      <w:r>
        <w:rPr>
          <w:b w:val="0"/>
        </w:rPr>
        <w:t xml:space="preserve">Votre centre se distingue par </w:t>
      </w:r>
      <w:r>
        <w:rPr>
          <w:b w:val="0"/>
          <w:color w:val="2446A6"/>
        </w:rPr>
        <w:t>[ses stages cliniques dès la 2e année et son laboratoire de recherche en neurosciences du langage]</w:t>
      </w:r>
      <w:r>
        <w:rPr>
          <w:b w:val="0"/>
        </w:rPr>
        <w:t xml:space="preserve">, ce qui correspond à mon souhait d'être confrontée rapidement à la pratique clinique et d'acquérir une démarche fondée sur les données probantes. Le partenariat avec </w:t>
      </w:r>
      <w:r>
        <w:rPr>
          <w:b w:val="0"/>
          <w:color w:val="2446A6"/>
        </w:rPr>
        <w:t>[le CHU de la région]</w:t>
      </w:r>
      <w:r>
        <w:rPr>
          <w:b w:val="0"/>
        </w:rPr>
        <w:t xml:space="preserve"> renforce mon intérêt pour une formation qui mêle rigueur scientifique et humanité.</w:t>
      </w:r>
    </w:p>
    <w:p>
      <w:r>
        <w:rPr>
          <w:b w:val="0"/>
        </w:rPr>
        <w:t>Déterminée à mener à bien ces cinq années d'études, j'aborde cette candidature avec sérieux et l'envie de me former auprès de vos équipes pédagogiques. Je suis convaincue que mon profil académique et mon immersion précoce dans le métier me permettront de réussir et de devenir une orthophoniste compétente.</w:t>
      </w:r>
    </w:p>
    <w:p>
      <w:r>
        <w:rPr>
          <w:b w:val="0"/>
        </w:rPr>
        <w:t>Dans l'attente de votre réponse, je vous prie d'agréer, Madame, Monsieur, l'expression de ma considération distinguée.</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orthophonie Parcoursup</dc:title>
  <dc:subject/>
  <dc:creator/>
  <cp:keywords/>
  <dc:description/>
  <cp:lastModifiedBy/>
  <cp:revision>1</cp:revision>
  <dcterms:created xsi:type="dcterms:W3CDTF">2013-12-23T23:15:00Z</dcterms:created>
  <dcterms:modified xsi:type="dcterms:W3CDTF">2013-12-23T23:15:00Z</dcterms:modified>
  <cp:category/>
</cp:coreProperties>
</file>