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 postale]</w:t>
      </w:r>
    </w:p>
    <w:p>
      <w:pPr>
        <w:spacing w:after="0"/>
      </w:pPr>
      <w:r>
        <w:rPr>
          <w:b w:val="0"/>
          <w:color w:val="2446A6"/>
        </w:rPr>
        <w:t>[Téléphone]</w:t>
      </w:r>
    </w:p>
    <w:p>
      <w:pPr>
        <w:spacing w:after="0"/>
      </w:pPr>
      <w:r>
        <w:rPr>
          <w:b w:val="0"/>
          <w:color w:val="2446A6"/>
        </w:rPr>
        <w:t>[Email]</w:t>
      </w:r>
    </w:p>
    <w:p/>
    <w:p>
      <w:pPr>
        <w:spacing w:after="0"/>
        <w:jc w:val="right"/>
      </w:pPr>
      <w:r>
        <w:rPr>
          <w:b w:val="0"/>
        </w:rPr>
        <w:t>GRETA de Lyon</w:t>
      </w:r>
    </w:p>
    <w:p>
      <w:pPr>
        <w:spacing w:after="0"/>
        <w:jc w:val="right"/>
      </w:pPr>
      <w:r>
        <w:rPr>
          <w:b w:val="0"/>
        </w:rPr>
        <w:t>12 rue de la Villette, 69003 Lyon</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Candidature à la formation professionnelle </w:t>
      </w:r>
      <w:r>
        <w:rPr>
          <w:b/>
          <w:color w:val="2446A6"/>
        </w:rPr>
        <w:t>[intitulé de la formation]</w:t>
      </w:r>
      <w:r>
        <w:rPr>
          <w:b/>
        </w:rPr>
        <w:t xml:space="preserve"> – session de </w:t>
      </w:r>
      <w:r>
        <w:rPr>
          <w:b/>
          <w:color w:val="2446A6"/>
        </w:rPr>
        <w:t>[mois année]</w:t>
      </w:r>
    </w:p>
    <w:p/>
    <w:p>
      <w:r>
        <w:rPr>
          <w:b w:val="0"/>
        </w:rPr>
        <w:t>Madame, Monsieur,</w:t>
      </w:r>
    </w:p>
    <w:p>
      <w:r>
        <w:rPr>
          <w:b w:val="0"/>
        </w:rPr>
        <w:t xml:space="preserve">Assistante administrative depuis </w:t>
      </w:r>
      <w:r>
        <w:rPr>
          <w:b w:val="0"/>
          <w:color w:val="2446A6"/>
        </w:rPr>
        <w:t>[5 ans]</w:t>
      </w:r>
      <w:r>
        <w:rPr>
          <w:b w:val="0"/>
        </w:rPr>
        <w:t xml:space="preserve"> au sein de </w:t>
      </w:r>
      <w:r>
        <w:rPr>
          <w:b w:val="0"/>
          <w:color w:val="2446A6"/>
        </w:rPr>
        <w:t>[nom de l'entreprise]</w:t>
      </w:r>
      <w:r>
        <w:rPr>
          <w:b w:val="0"/>
        </w:rPr>
        <w:t xml:space="preserve">, je souhaite intégrer la formation </w:t>
      </w:r>
      <w:r>
        <w:rPr>
          <w:b w:val="0"/>
          <w:color w:val="2446A6"/>
        </w:rPr>
        <w:t>[intitulé de la formation]</w:t>
      </w:r>
      <w:r>
        <w:rPr>
          <w:b w:val="0"/>
        </w:rPr>
        <w:t xml:space="preserve"> organisée par votre centre à compter du </w:t>
      </w:r>
      <w:r>
        <w:rPr>
          <w:b w:val="0"/>
          <w:color w:val="2446A6"/>
        </w:rPr>
        <w:t>[date de session]</w:t>
      </w:r>
      <w:r>
        <w:rPr>
          <w:b w:val="0"/>
        </w:rPr>
        <w:t>. Ce titre professionnel correspond à mon projet d'évolution vers un poste de gestionnaire de paie, et je l'ai identifié comme la certification la plus adaptée à mon parcours.</w:t>
      </w:r>
    </w:p>
    <w:p>
      <w:r>
        <w:rPr>
          <w:b w:val="0"/>
        </w:rPr>
        <w:t xml:space="preserve">Dans mon poste actuel, je prépare chaque mois les éléments variables de paie pour </w:t>
      </w:r>
      <w:r>
        <w:rPr>
          <w:b w:val="0"/>
          <w:color w:val="2446A6"/>
        </w:rPr>
        <w:t>[45 salariés]</w:t>
      </w:r>
      <w:r>
        <w:rPr>
          <w:b w:val="0"/>
        </w:rPr>
        <w:t xml:space="preserve"> sous </w:t>
      </w:r>
      <w:r>
        <w:rPr>
          <w:b w:val="0"/>
          <w:color w:val="2446A6"/>
        </w:rPr>
        <w:t>[Sage]</w:t>
      </w:r>
      <w:r>
        <w:rPr>
          <w:b w:val="0"/>
        </w:rPr>
        <w:t>, je vérifie les déclarations sociales et je réponds aux questions des équipes sur les congés et les absences. Cette pratique m'a permis de maîtriser les bases du calcul des cotisations et de la DSN, mais je dois consolider mes connaissances en droit du travail et en gestion des bulletins complexes.</w:t>
      </w:r>
    </w:p>
    <w:p>
      <w:r>
        <w:rPr>
          <w:b w:val="0"/>
        </w:rPr>
        <w:t xml:space="preserve">À l'issue de la formation, je vise un poste de gestionnaire de paie dans une PME ou un cabinet comptable. Mon dossier est financé par le Compte Personnel de Formation (CPF) à hauteur de </w:t>
      </w:r>
      <w:r>
        <w:rPr>
          <w:b w:val="0"/>
          <w:color w:val="2446A6"/>
        </w:rPr>
        <w:t>[montant]</w:t>
      </w:r>
      <w:r>
        <w:rPr>
          <w:b w:val="0"/>
        </w:rPr>
        <w:t xml:space="preserve"> euros, et mon employeur a accepté un aménagement de mon temps de travail pour suivre les cours le </w:t>
      </w:r>
      <w:r>
        <w:rPr>
          <w:b w:val="0"/>
          <w:color w:val="2446A6"/>
        </w:rPr>
        <w:t>[jour de la semaine]</w:t>
      </w:r>
      <w:r>
        <w:rPr>
          <w:b w:val="0"/>
        </w:rPr>
        <w:t>.</w:t>
      </w:r>
    </w:p>
    <w:p>
      <w:r>
        <w:rPr>
          <w:b w:val="0"/>
        </w:rPr>
        <w:t>Je me tiens à votre disposition pour un entretien à votre convenance et je joins à ce courrier mon curriculum vitae ainsi que l'attestation de financement CPF. Je vous remercie de l'attention portée à ma candidature.</w:t>
      </w:r>
    </w:p>
    <w:p>
      <w:r>
        <w:rPr>
          <w:b w:val="0"/>
        </w:rPr>
        <w:t>Je vous prie d'agréer, Madame, Monsieur, l'expression de mes salutations distinguées.</w:t>
      </w:r>
    </w:p>
    <w:p/>
    <w:p>
      <w:pPr>
        <w:jc w:val="right"/>
      </w:pPr>
      <w:r>
        <w:rPr>
          <w:b w:val="0"/>
          <w:color w:val="2446A6"/>
        </w:rPr>
        <w:t>[Prénom Nom]</w:t>
      </w:r>
    </w:p>
    <w:p/>
    <w:p>
      <w:r>
        <w:rPr>
          <w:b w:val="0"/>
        </w:rPr>
        <w:t>Pièces jointes : curriculum vitae, attestation de financement CPF</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pour intégrer une formation professionnelle</dc:title>
  <dc:subject/>
  <dc:creator/>
  <cp:keywords/>
  <dc:description/>
  <cp:lastModifiedBy/>
  <cp:revision>1</cp:revision>
  <dcterms:created xsi:type="dcterms:W3CDTF">2013-12-23T23:15:00Z</dcterms:created>
  <dcterms:modified xsi:type="dcterms:W3CDTF">2013-12-23T23:15:00Z</dcterms:modified>
  <cp:category/>
</cp:coreProperties>
</file>