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[Jules Martin]</w:t>
      </w:r>
    </w:p>
    <w:p>
      <w:pPr>
        <w:spacing w:after="0"/>
      </w:pPr>
      <w:r>
        <w:rPr>
          <w:b w:val="0"/>
          <w:color w:val="2446A6"/>
        </w:rPr>
        <w:t>[12 rue des Lilas]</w:t>
      </w:r>
    </w:p>
    <w:p>
      <w:pPr>
        <w:spacing w:after="0"/>
      </w:pPr>
      <w:r>
        <w:rPr>
          <w:b w:val="0"/>
          <w:color w:val="2446A6"/>
        </w:rPr>
        <w:t>[44100 Nantes]</w:t>
      </w:r>
    </w:p>
    <w:p>
      <w:pPr>
        <w:spacing w:after="0"/>
      </w:pPr>
      <w:r>
        <w:rPr>
          <w:b w:val="0"/>
          <w:color w:val="2446A6"/>
        </w:rPr>
        <w:t>[06 12 34 56 78]</w:t>
      </w:r>
    </w:p>
    <w:p>
      <w:pPr>
        <w:spacing w:after="0"/>
      </w:pPr>
      <w:r>
        <w:rPr>
          <w:b w:val="0"/>
          <w:color w:val="2446A6"/>
        </w:rPr>
        <w:t>[jules.martin@email.com]</w:t>
      </w:r>
    </w:p>
    <w:p/>
    <w:p>
      <w:pPr>
        <w:spacing w:after="0"/>
        <w:jc w:val="right"/>
      </w:pPr>
      <w:r>
        <w:rPr>
          <w:b w:val="0"/>
        </w:rPr>
        <w:t>Service Recrutement Carrefour France</w:t>
      </w:r>
    </w:p>
    <w:p>
      <w:pPr>
        <w:spacing w:after="0"/>
        <w:jc w:val="right"/>
      </w:pPr>
      <w:r>
        <w:rPr>
          <w:b w:val="0"/>
        </w:rPr>
        <w:t>À l’attention de Madame Dupont</w:t>
      </w:r>
    </w:p>
    <w:p>
      <w:pPr>
        <w:spacing w:after="0"/>
        <w:jc w:val="right"/>
      </w:pPr>
      <w:r>
        <w:rPr>
          <w:b w:val="0"/>
        </w:rPr>
        <w:t>93 avenue de Paris, 91300 Massy</w:t>
      </w:r>
    </w:p>
    <w:p/>
    <w:p>
      <w:pPr>
        <w:jc w:val="right"/>
      </w:pPr>
      <w:r>
        <w:rPr>
          <w:b w:val="0"/>
        </w:rPr>
        <w:t>À Nantes, le 15 septembre 2026</w:t>
      </w:r>
    </w:p>
    <w:p>
      <w:r>
        <w:rPr>
          <w:b/>
        </w:rPr>
        <w:t xml:space="preserve">Objet : Candidature au poste d’équipier polyvalent – référence </w:t>
      </w:r>
      <w:r>
        <w:rPr>
          <w:b/>
          <w:color w:val="2446A6"/>
        </w:rPr>
        <w:t>[456]</w:t>
      </w:r>
    </w:p>
    <w:p/>
    <w:p>
      <w:r>
        <w:rPr>
          <w:b w:val="0"/>
        </w:rPr>
        <w:t>Madame,</w:t>
      </w:r>
    </w:p>
    <w:p>
      <w:r>
        <w:rPr>
          <w:b w:val="0"/>
        </w:rPr>
        <w:t xml:space="preserve">Titulaire d’un Bac Professionnel Commerce obtenu en </w:t>
      </w:r>
      <w:r>
        <w:rPr>
          <w:b w:val="0"/>
          <w:color w:val="2446A6"/>
        </w:rPr>
        <w:t>[juin 2026]</w:t>
      </w:r>
      <w:r>
        <w:rPr>
          <w:b w:val="0"/>
        </w:rPr>
        <w:t xml:space="preserve">, je suis disponible à partir du </w:t>
      </w:r>
      <w:r>
        <w:rPr>
          <w:b w:val="0"/>
          <w:color w:val="2446A6"/>
        </w:rPr>
        <w:t>[12 janvier 2027]</w:t>
      </w:r>
      <w:r>
        <w:rPr>
          <w:b w:val="0"/>
        </w:rPr>
        <w:t xml:space="preserve"> pour occuper le poste d’équipier polyvalent au sein du magasin Carrefour City de </w:t>
      </w:r>
      <w:r>
        <w:rPr>
          <w:b w:val="0"/>
          <w:color w:val="2446A6"/>
        </w:rPr>
        <w:t>[Nantes Centre]</w:t>
      </w:r>
      <w:r>
        <w:rPr>
          <w:b w:val="0"/>
        </w:rPr>
        <w:t>.</w:t>
      </w:r>
    </w:p>
    <w:p>
      <w:r>
        <w:rPr>
          <w:b w:val="0"/>
        </w:rPr>
        <w:t xml:space="preserve">Au cours d’un stage de </w:t>
      </w:r>
      <w:r>
        <w:rPr>
          <w:b w:val="0"/>
          <w:color w:val="2446A6"/>
        </w:rPr>
        <w:t>[3 semaines]</w:t>
      </w:r>
      <w:r>
        <w:rPr>
          <w:b w:val="0"/>
        </w:rPr>
        <w:t xml:space="preserve"> en </w:t>
      </w:r>
      <w:r>
        <w:rPr>
          <w:b w:val="0"/>
          <w:color w:val="2446A6"/>
        </w:rPr>
        <w:t>[mai 2026]</w:t>
      </w:r>
      <w:r>
        <w:rPr>
          <w:b w:val="0"/>
        </w:rPr>
        <w:t xml:space="preserve"> à la </w:t>
      </w:r>
      <w:r>
        <w:rPr>
          <w:b w:val="0"/>
          <w:color w:val="2446A6"/>
        </w:rPr>
        <w:t>[Boulangerie du Marché]</w:t>
      </w:r>
      <w:r>
        <w:rPr>
          <w:b w:val="0"/>
        </w:rPr>
        <w:t xml:space="preserve">, j’ai tenu la caisse et réapprovisionné les rayons en respectant les dates limites de consommation, sous la responsabilité de </w:t>
      </w:r>
      <w:r>
        <w:rPr>
          <w:b w:val="0"/>
          <w:color w:val="2446A6"/>
        </w:rPr>
        <w:t>[Monsieur Legrand]</w:t>
      </w:r>
      <w:r>
        <w:rPr>
          <w:b w:val="0"/>
        </w:rPr>
        <w:t>. Cette expérience m’a appris à appliquer les consignes de la démarche HACCP et à garder mon calme lors des coups de feu de 12 h 30.</w:t>
      </w:r>
    </w:p>
    <w:p>
      <w:r>
        <w:rPr>
          <w:b w:val="0"/>
        </w:rPr>
        <w:t xml:space="preserve">Votre établissement prévoit d’étendre l’ouverture le dimanche matin à partir du </w:t>
      </w:r>
      <w:r>
        <w:rPr>
          <w:b w:val="0"/>
          <w:color w:val="2446A6"/>
        </w:rPr>
        <w:t>[1er mars 2027]</w:t>
      </w:r>
      <w:r>
        <w:rPr>
          <w:b w:val="0"/>
        </w:rPr>
        <w:t xml:space="preserve"> : je suis prêt à m’engager sur ce créneau et à suivre la formation interne de deux jours que vous dispensez aux nouveaux entrants. J’ai noté que l’amplitude horaire sera de 6 h 30 à 12 h 30, ce qui correspond à ma disponibilité totale le week-end.</w:t>
      </w:r>
    </w:p>
    <w:p>
      <w:r>
        <w:rPr>
          <w:b w:val="0"/>
        </w:rPr>
        <w:t xml:space="preserve">Je me tiens à votre disposition pour un entretien le </w:t>
      </w:r>
      <w:r>
        <w:rPr>
          <w:b w:val="0"/>
          <w:color w:val="2446A6"/>
        </w:rPr>
        <w:t>[mercredi 23 septembre]</w:t>
      </w:r>
      <w:r>
        <w:rPr>
          <w:b w:val="0"/>
        </w:rPr>
        <w:t xml:space="preserve"> à partir de 16 h, ou tout autre créneau à votre convenance. Je vous prie d’agréer, Madam e, l’expression de mes salutations distnguées.</w:t>
      </w:r>
    </w:p>
    <w:p/>
    <w:p/>
    <w:p>
      <w:pPr>
        <w:jc w:val="right"/>
      </w:pPr>
      <w:r>
        <w:rPr>
          <w:b w:val="0"/>
          <w:color w:val="2446A6"/>
        </w:rPr>
        <w:t>[Jules Martin]</w:t>
      </w:r>
    </w:p>
    <w:p/>
    <w:p>
      <w:r>
        <w:rPr>
          <w:b w:val="0"/>
        </w:rPr>
        <w:t>Pièce jointe : CV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motivation premier emploi sans expérience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