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[Élodie Moreau]</w:t>
      </w:r>
    </w:p>
    <w:p>
      <w:pPr>
        <w:spacing w:after="0"/>
      </w:pPr>
      <w:r>
        <w:rPr>
          <w:b w:val="0"/>
          <w:color w:val="2446A6"/>
        </w:rPr>
        <w:t>[12 rue des Tilleuls, 57000 Metz]</w:t>
      </w:r>
    </w:p>
    <w:p>
      <w:pPr>
        <w:spacing w:after="0"/>
      </w:pPr>
      <w:r>
        <w:rPr>
          <w:b w:val="0"/>
          <w:color w:val="2446A6"/>
        </w:rPr>
        <w:t>[06 12 34 56 78]</w:t>
      </w:r>
    </w:p>
    <w:p>
      <w:pPr>
        <w:spacing w:after="0"/>
      </w:pPr>
      <w:r>
        <w:rPr>
          <w:b w:val="0"/>
          <w:color w:val="2446A6"/>
        </w:rPr>
        <w:t>[elodie.moreau@email.fr]</w:t>
      </w:r>
    </w:p>
    <w:p/>
    <w:p>
      <w:pPr>
        <w:spacing w:after="0"/>
        <w:jc w:val="right"/>
      </w:pPr>
      <w:r>
        <w:rPr>
          <w:b w:val="0"/>
        </w:rPr>
        <w:t>GRETA Lorraine Nord</w:t>
      </w:r>
    </w:p>
    <w:p>
      <w:pPr>
        <w:spacing w:after="0"/>
        <w:jc w:val="right"/>
      </w:pPr>
      <w:r>
        <w:rPr>
          <w:b w:val="0"/>
        </w:rPr>
        <w:t>Service des admissions</w:t>
      </w:r>
    </w:p>
    <w:p>
      <w:pPr>
        <w:spacing w:after="0"/>
        <w:jc w:val="right"/>
      </w:pPr>
      <w:r>
        <w:rPr>
          <w:b w:val="0"/>
        </w:rPr>
        <w:t>11 rue du Général de Gaulle</w:t>
      </w:r>
    </w:p>
    <w:p>
      <w:pPr>
        <w:spacing w:after="0"/>
        <w:jc w:val="right"/>
      </w:pPr>
      <w:r>
        <w:rPr>
          <w:b w:val="0"/>
        </w:rPr>
        <w:t>57070 Metz</w:t>
      </w:r>
    </w:p>
    <w:p/>
    <w:p>
      <w:pPr>
        <w:jc w:val="right"/>
      </w:pPr>
      <w:r>
        <w:rPr>
          <w:b w:val="0"/>
        </w:rPr>
        <w:t xml:space="preserve">À </w:t>
      </w:r>
      <w:r>
        <w:rPr>
          <w:b w:val="0"/>
          <w:color w:val="2446A6"/>
        </w:rPr>
        <w:t>[Metz]</w:t>
      </w:r>
      <w:r>
        <w:rPr>
          <w:b w:val="0"/>
        </w:rPr>
        <w:t xml:space="preserve">, le </w:t>
      </w:r>
      <w:r>
        <w:rPr>
          <w:b w:val="0"/>
          <w:color w:val="2446A6"/>
        </w:rPr>
        <w:t>[24 septembre 2026]</w:t>
      </w:r>
    </w:p>
    <w:p>
      <w:r>
        <w:rPr>
          <w:b/>
        </w:rPr>
        <w:t>Objet : Candidature à la formation de secrétaire médicale – Session de septembre 2026</w:t>
      </w:r>
    </w:p>
    <w:p/>
    <w:p>
      <w:r>
        <w:rPr>
          <w:b w:val="0"/>
        </w:rPr>
        <w:t>Madame, Monsieur,</w:t>
      </w:r>
    </w:p>
    <w:p>
      <w:r>
        <w:rPr>
          <w:b w:val="0"/>
        </w:rPr>
        <w:t xml:space="preserve">Actuellement en reconversion professionnelle, je souhaite intégrer la formation de secrétaire médicale que vous ouvrez le </w:t>
      </w:r>
      <w:r>
        <w:rPr>
          <w:b w:val="0"/>
          <w:color w:val="2446A6"/>
        </w:rPr>
        <w:t>[15 septembre 2026]</w:t>
      </w:r>
      <w:r>
        <w:rPr>
          <w:b w:val="0"/>
        </w:rPr>
        <w:t xml:space="preserve">. Après </w:t>
      </w:r>
      <w:r>
        <w:rPr>
          <w:b w:val="0"/>
          <w:color w:val="2446A6"/>
        </w:rPr>
        <w:t>[trois ans]</w:t>
      </w:r>
      <w:r>
        <w:rPr>
          <w:b w:val="0"/>
        </w:rPr>
        <w:t xml:space="preserve"> comme assistante administrative dans un cabinet d’avocats, j’ai développé une gestion rigoureuse des dossiers, la prise de rendez-vous et l’accueil physique et téléphonique – des bases directement transférables au secrétariat médical.</w:t>
      </w:r>
    </w:p>
    <w:p>
      <w:r>
        <w:rPr>
          <w:b w:val="0"/>
        </w:rPr>
        <w:t xml:space="preserve">Votre programme de 700 heures, qui couvre la terminologie médicale, la facturation SESAM-Vitale et la maîtrise du logiciel </w:t>
      </w:r>
      <w:r>
        <w:rPr>
          <w:b w:val="0"/>
          <w:color w:val="2446A6"/>
        </w:rPr>
        <w:t>[MédiStory]</w:t>
      </w:r>
      <w:r>
        <w:rPr>
          <w:b w:val="0"/>
        </w:rPr>
        <w:t>, correspond exactement aux compétences que je vise. J’ai d’ores et déjà commencé à me familiariser avec le vocabulaire de l’Assurance Maladie et les règles de cotation des actes sur le site de la CPAM.</w:t>
      </w:r>
    </w:p>
    <w:p>
      <w:r>
        <w:rPr>
          <w:b w:val="0"/>
        </w:rPr>
        <w:t>Rigueur, discrétion, empathie et résistance au stress font partie de mon quotidien professionnel. Je sais qu’un secrétaire médical est le premier visage du cabinet : il rassure le patient, filtre les urgences et préserve la confidentialité des données de santé. Un stage en milieu hospitalier ou en cabinet de groupe serait pour moi l’occasion immédiate de démontrer ces qualités.</w:t>
      </w:r>
    </w:p>
    <w:p>
      <w:r>
        <w:rPr>
          <w:b w:val="0"/>
        </w:rPr>
        <w:t>Je me tiens à votre disposition pour un entretien à votre convenance et vous prie d’agréer, Madame, Monsieur, l’expression de mes salutations distinguées.</w:t>
      </w:r>
    </w:p>
    <w:p>
      <w:r>
        <w:rPr>
          <w:b w:val="0"/>
        </w:rPr>
        <w:t>Dans l’attente de votre retour, je vous prie d’agréer, Madame, Monsieur, l’expression de mes salutations distinguées.</w:t>
      </w:r>
    </w:p>
    <w:p/>
    <w:p>
      <w:pPr>
        <w:jc w:val="right"/>
      </w:pPr>
      <w:r>
        <w:rPr>
          <w:b w:val="0"/>
          <w:color w:val="2446A6"/>
        </w:rPr>
        <w:t>[Élodie Moreau]</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pour une formation de secrétaire médicale</dc:title>
  <dc:subject/>
  <dc:creator/>
  <cp:keywords/>
  <dc:description/>
  <cp:lastModifiedBy/>
  <cp:revision>1</cp:revision>
  <dcterms:created xsi:type="dcterms:W3CDTF">2013-12-23T23:15:00Z</dcterms:created>
  <dcterms:modified xsi:type="dcterms:W3CDTF">2013-12-23T23:15:00Z</dcterms:modified>
  <cp:category/>
</cp:coreProperties>
</file>