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w:t>
      </w:r>
      <w:r>
        <w:rPr>
          <w:b w:val="0"/>
        </w:rPr>
        <w:t xml:space="preserve"> </w:t>
      </w:r>
      <w:r>
        <w:rPr>
          <w:b w:val="0"/>
          <w:color w:val="2446A6"/>
        </w:rPr>
        <w:t>[Rue]</w:t>
      </w:r>
      <w:r>
        <w:rPr>
          <w:b w:val="0"/>
        </w:rPr>
        <w:t xml:space="preserve">, </w:t>
      </w: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[06 XX XX XX XX]</w:t>
      </w:r>
      <w:r>
        <w:rPr>
          <w:b w:val="0"/>
        </w:rPr>
        <w:t xml:space="preserve"> – Mail : </w:t>
      </w:r>
      <w:r>
        <w:rPr>
          <w:b w:val="0"/>
          <w:color w:val="2446A6"/>
        </w:rPr>
        <w:t>[adresse@mail.com]</w:t>
      </w:r>
    </w:p>
    <w:p/>
    <w:p>
      <w:pPr>
        <w:spacing w:after="0"/>
        <w:jc w:val="right"/>
      </w:pPr>
      <w:r>
        <w:rPr>
          <w:b w:val="0"/>
        </w:rPr>
        <w:t>Crèche Les Petits Lutins</w:t>
      </w:r>
    </w:p>
    <w:p>
      <w:pPr>
        <w:spacing w:after="0"/>
        <w:jc w:val="right"/>
      </w:pPr>
      <w:r>
        <w:rPr>
          <w:b w:val="0"/>
        </w:rPr>
        <w:t>5 rue des Écoles, 69000 Lyon</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pour un stage d’observation de 3ème – du </w:t>
      </w:r>
      <w:r>
        <w:rPr>
          <w:b/>
          <w:color w:val="2446A6"/>
        </w:rPr>
        <w:t>[date de début]</w:t>
      </w:r>
      <w:r>
        <w:rPr>
          <w:b/>
        </w:rPr>
        <w:t xml:space="preserve"> au </w:t>
      </w:r>
      <w:r>
        <w:rPr>
          <w:b/>
          <w:color w:val="2446A6"/>
        </w:rPr>
        <w:t>[date de fin]</w:t>
      </w:r>
    </w:p>
    <w:p/>
    <w:p>
      <w:r>
        <w:rPr>
          <w:b w:val="0"/>
        </w:rPr>
        <w:t>Madame, Monsieur,</w:t>
      </w:r>
    </w:p>
    <w:p>
      <w:r>
        <w:rPr>
          <w:b w:val="0"/>
        </w:rPr>
        <w:t xml:space="preserve">Actuellement élève de 3ème au collège </w:t>
      </w:r>
      <w:r>
        <w:rPr>
          <w:b w:val="0"/>
          <w:color w:val="2446A6"/>
        </w:rPr>
        <w:t>[nom du collège]</w:t>
      </w:r>
      <w:r>
        <w:rPr>
          <w:b w:val="0"/>
        </w:rPr>
        <w:t xml:space="preserve">, je dois réaliser un stage d’observation en milieu professionnel d’une durée de cinq jours, du </w:t>
      </w:r>
      <w:r>
        <w:rPr>
          <w:b w:val="0"/>
          <w:color w:val="2446A6"/>
        </w:rPr>
        <w:t>[date de début]</w:t>
      </w:r>
      <w:r>
        <w:rPr>
          <w:b w:val="0"/>
        </w:rPr>
        <w:t xml:space="preserve"> au </w:t>
      </w:r>
      <w:r>
        <w:rPr>
          <w:b w:val="0"/>
          <w:color w:val="2446A6"/>
        </w:rPr>
        <w:t>[date de fin]</w:t>
      </w:r>
      <w:r>
        <w:rPr>
          <w:b w:val="0"/>
        </w:rPr>
        <w:t>, conformément au programme scolaire. Souhaitant découvrir le secteur de la petite enfance, je vous adresse ma candidature pour effectuer ce stage au sein de la Crèche Les Petits Lutins.</w:t>
      </w:r>
    </w:p>
    <w:p>
      <w:r>
        <w:rPr>
          <w:b w:val="0"/>
        </w:rPr>
        <w:t>Votre crèche, située rue des Écoles et proposant un accueil pour des enfants de 3 mois à 3 ans, correspond au cadre professionnel que je souhaite observer. Le projet pédagogique axé sur l’éveil sensoriel et la motricité libre, présenté sur votre site, a renforcé mon envie d’intégrer votre équipe le temps du stage.</w:t>
      </w:r>
    </w:p>
    <w:p>
      <w:r>
        <w:rPr>
          <w:b w:val="0"/>
        </w:rPr>
        <w:t>Sérieux et ponctuel, je m’engage à respecter les règles de sécurité et de confidentialité indispensables en crèche. Je peux aider l’équipe dans des tâches simples, comme préparer le matériel des activités, ranger les espaces de jeux ou accompagner un enfant pendant la sieste. Ce stage me permettra de confirmer mon projet professionnel vers le métier d’auxiliaire de puériculture ou d’éducateur de jeunes enfants.</w:t>
      </w:r>
    </w:p>
    <w:p>
      <w:r>
        <w:rPr>
          <w:b w:val="0"/>
        </w:rPr>
        <w:t xml:space="preserve">Je me tiens à votre disposition pour un entretien à la date de votre choix. Vous pouvez me contacter au </w:t>
      </w:r>
      <w:r>
        <w:rPr>
          <w:b w:val="0"/>
          <w:color w:val="2446A6"/>
        </w:rPr>
        <w:t>[numéro de téléphone]</w:t>
      </w:r>
      <w:r>
        <w:rPr>
          <w:b w:val="0"/>
        </w:rPr>
        <w:t xml:space="preserve"> ou par mail à </w:t>
      </w:r>
      <w:r>
        <w:rPr>
          <w:b w:val="0"/>
          <w:color w:val="2446A6"/>
        </w:rPr>
        <w:t>[adresse mail]</w:t>
      </w:r>
      <w:r>
        <w:rPr>
          <w:b w:val="0"/>
        </w:rPr>
        <w:t>. La convention de stage, fournie par mon collège, pourra être signée dès votre accord.</w:t>
      </w:r>
    </w:p>
    <w:p>
      <w:r>
        <w:rPr>
          <w:b w:val="0"/>
        </w:rPr>
        <w:t>Je vous prie d’agréer, Madame, Monsieur, l’expression de mes salutations distinguées.</w:t>
      </w:r>
    </w:p>
    <w:p/>
    <w:p>
      <w:pPr>
        <w:jc w:val="right"/>
      </w:pPr>
      <w:r>
        <w:rPr>
          <w:b w:val="0"/>
          <w:color w:val="2446A6"/>
        </w:rPr>
        <w:t>[Prénom Nom]</w:t>
      </w:r>
    </w:p>
    <w:p/>
    <w:p>
      <w:r>
        <w:rPr>
          <w:b w:val="0"/>
        </w:rPr>
        <w:t>Pièce jointe : Convention de stage de 3ème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stage de 3ème dans une crèche</dc:title>
  <dc:subject/>
  <dc:creator/>
  <cp:keywords/>
  <dc:description/>
  <cp:lastModifiedBy/>
  <cp:revision>1</cp:revision>
  <dcterms:created xsi:type="dcterms:W3CDTF">2013-12-23T23:15:00Z</dcterms:created>
  <dcterms:modified xsi:type="dcterms:W3CDTF">2013-12-23T23:15:00Z</dcterms:modified>
  <cp:category/>
</cp:coreProperties>
</file>