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 xml:space="preserve">Madame </w:t>
      </w:r>
      <w:r>
        <w:rPr>
          <w:b w:val="0"/>
          <w:color w:val="2446A6"/>
        </w:rPr>
        <w:t>[Prénom Nom]</w:t>
      </w:r>
    </w:p>
    <w:p>
      <w:pPr>
        <w:spacing w:after="0"/>
        <w:jc w:val="right"/>
      </w:pPr>
      <w:r>
        <w:rPr>
          <w:b w:val="0"/>
          <w:color w:val="2446A6"/>
        </w:rPr>
        <w:t>[8 avenue Jean-Jaurès, 69007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[15 octobre 2026]</w:t>
      </w:r>
    </w:p>
    <w:p>
      <w:r>
        <w:rPr>
          <w:b/>
        </w:rPr>
        <w:t xml:space="preserve">Objet : lettre de recommandation de </w:t>
      </w:r>
      <w:r>
        <w:rPr>
          <w:b/>
          <w:color w:val="2446A6"/>
        </w:rPr>
        <w:t>[Prénom Nom]</w:t>
      </w:r>
      <w:r>
        <w:rPr>
          <w:b/>
        </w:rPr>
        <w:t>, nounou à domicile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Je vous écris pour recommander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qui a gardé nos deux enfants, </w:t>
      </w:r>
      <w:r>
        <w:rPr>
          <w:b w:val="0"/>
          <w:color w:val="2446A6"/>
        </w:rPr>
        <w:t>[Léa]</w:t>
      </w:r>
      <w:r>
        <w:rPr>
          <w:b w:val="0"/>
        </w:rPr>
        <w:t xml:space="preserve"> et </w:t>
      </w:r>
      <w:r>
        <w:rPr>
          <w:b w:val="0"/>
          <w:color w:val="2446A6"/>
        </w:rPr>
        <w:t>[Tom]</w:t>
      </w:r>
      <w:r>
        <w:rPr>
          <w:b w:val="0"/>
        </w:rPr>
        <w:t xml:space="preserve">, à notre domicile du </w:t>
      </w:r>
      <w:r>
        <w:rPr>
          <w:b w:val="0"/>
          <w:color w:val="2446A6"/>
        </w:rPr>
        <w:t>[1er septembre 2023]</w:t>
      </w:r>
      <w:r>
        <w:rPr>
          <w:b w:val="0"/>
        </w:rPr>
        <w:t xml:space="preserve"> au </w:t>
      </w:r>
      <w:r>
        <w:rPr>
          <w:b w:val="0"/>
          <w:color w:val="2446A6"/>
        </w:rPr>
        <w:t>[31 juillet 2026]</w:t>
      </w:r>
      <w:r>
        <w:rPr>
          <w:b w:val="0"/>
        </w:rPr>
        <w:t xml:space="preserve">. Elle intervenait du lundi au vendredi, de 7 h 45 à 18 h 30, dans le cadre d'un contrat de </w:t>
      </w:r>
      <w:r>
        <w:rPr>
          <w:b w:val="0"/>
          <w:color w:val="2446A6"/>
        </w:rPr>
        <w:t>[35 heures]</w:t>
      </w:r>
      <w:r>
        <w:rPr>
          <w:b w:val="0"/>
        </w:rPr>
        <w:t xml:space="preserve"> par semaine déclaré à Pajemploi.</w:t>
      </w:r>
    </w:p>
    <w:p>
      <w:r>
        <w:rPr>
          <w:b w:val="0"/>
        </w:rPr>
        <w:t xml:space="preserve">Pendant ces </w:t>
      </w:r>
      <w:r>
        <w:rPr>
          <w:b w:val="0"/>
          <w:color w:val="2446A6"/>
        </w:rPr>
        <w:t>[trois années]</w:t>
      </w:r>
      <w:r>
        <w:rPr>
          <w:b w:val="0"/>
        </w:rPr>
        <w:t>, elle a assuré les repas, les siestes, les trajets vers la crèche puis l'école maternelle, et la préparation du bain. Elle a su gérer les moments de conflit entre les deux enfants avec calme, en parlant à chacun séparément avant de proposer une activité commune. Nous avons toujours été informés le jour même de la moindre chute ou fièvre, par message écrit.</w:t>
      </w:r>
    </w:p>
    <w:p>
      <w:r>
        <w:rPr>
          <w:b w:val="0"/>
          <w:color w:val="2446A6"/>
        </w:rPr>
        <w:t>[Prénom Nom]</w:t>
      </w:r>
      <w:r>
        <w:rPr>
          <w:b w:val="0"/>
        </w:rPr>
        <w:t xml:space="preserve"> a obtenu son CAP Accompagnant éducatif petite enfance en </w:t>
      </w:r>
      <w:r>
        <w:rPr>
          <w:b w:val="0"/>
          <w:color w:val="2446A6"/>
        </w:rPr>
        <w:t>[juin 2022]</w:t>
      </w:r>
      <w:r>
        <w:rPr>
          <w:b w:val="0"/>
        </w:rPr>
        <w:t xml:space="preserve"> et suit une formation de secourisme tous les deux ans. Elle a accompagné </w:t>
      </w:r>
      <w:r>
        <w:rPr>
          <w:b w:val="0"/>
          <w:color w:val="2446A6"/>
        </w:rPr>
        <w:t>[Tom]</w:t>
      </w:r>
      <w:r>
        <w:rPr>
          <w:b w:val="0"/>
        </w:rPr>
        <w:t xml:space="preserve"> dans l'acquisition de la propreté entre ses 24 et 30 mois, sans jamais forcer, et a tenu un cahier de suivi que nous relisions chaque soir.</w:t>
      </w:r>
    </w:p>
    <w:p>
      <w:r>
        <w:rPr>
          <w:b w:val="0"/>
        </w:rPr>
        <w:t xml:space="preserve">Nous quittons la région pour </w:t>
      </w:r>
      <w:r>
        <w:rPr>
          <w:b w:val="0"/>
          <w:color w:val="2446A6"/>
        </w:rPr>
        <w:t>[Bordeaux]</w:t>
      </w:r>
      <w:r>
        <w:rPr>
          <w:b w:val="0"/>
        </w:rPr>
        <w:t xml:space="preserve"> en </w:t>
      </w:r>
      <w:r>
        <w:rPr>
          <w:b w:val="0"/>
          <w:color w:val="2446A6"/>
        </w:rPr>
        <w:t>[novembre 2026]</w:t>
      </w:r>
      <w:r>
        <w:rPr>
          <w:b w:val="0"/>
        </w:rPr>
        <w:t xml:space="preserve">, ce qui met fin au contrat. Nous restons disponibles par téléphone au </w:t>
      </w:r>
      <w:r>
        <w:rPr>
          <w:b w:val="0"/>
          <w:color w:val="2446A6"/>
        </w:rPr>
        <w:t>[06 12 34 56 78]</w:t>
      </w:r>
      <w:r>
        <w:rPr>
          <w:b w:val="0"/>
        </w:rPr>
        <w:t xml:space="preserve"> pour préciser son quotidien chez nous, et nous transmettons sur demande les attestations Pajemploi des trois années.</w:t>
      </w:r>
    </w:p>
    <w:p>
      <w:r>
        <w:rPr>
          <w:b w:val="0"/>
        </w:rPr>
        <w:t xml:space="preserve">Je vous recommande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sans réserve pour la garde de jeunes enfants.</w:t>
      </w:r>
    </w:p>
    <w:p>
      <w:r>
        <w:rPr>
          <w:b w:val="0"/>
        </w:rPr>
        <w:t>Je vous prie d'agréer, Madame,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attestation Pajemploi </w:t>
      </w:r>
      <w:r>
        <w:rPr>
          <w:b w:val="0"/>
          <w:color w:val="2446A6"/>
        </w:rPr>
        <w:t>[2023-2026]</w:t>
      </w:r>
      <w:r>
        <w:rPr>
          <w:b w:val="0"/>
        </w:rPr>
        <w:t xml:space="preserve"> et copie du CAP AEPE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pour une nounou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