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[Raison sociale de l'entreprise]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— </w:t>
      </w:r>
      <w:r>
        <w:rPr>
          <w:b w:val="0"/>
          <w:color w:val="2446A6"/>
        </w:rPr>
        <w:t>[courriel]</w:t>
      </w:r>
    </w:p>
    <w:p/>
    <w:p>
      <w:pPr>
        <w:spacing w:after="0"/>
        <w:jc w:val="right"/>
      </w:pPr>
      <w:r>
        <w:rPr>
          <w:b w:val="0"/>
          <w:color w:val="2446A6"/>
        </w:rPr>
        <w:t>[Prénom Nom du salarié]</w:t>
      </w:r>
    </w:p>
    <w:p>
      <w:pPr>
        <w:spacing w:after="0"/>
        <w:jc w:val="right"/>
      </w:pPr>
      <w:r>
        <w:rPr>
          <w:b w:val="0"/>
          <w:color w:val="2446A6"/>
        </w:rPr>
        <w:t>[Adresse complète]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rupture de la période d'essai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Vous avez été engagé(e) par contrat à durée indéterminée à compter du </w:t>
      </w:r>
      <w:r>
        <w:rPr>
          <w:b w:val="0"/>
          <w:color w:val="2446A6"/>
        </w:rPr>
        <w:t>[date d'embauche]</w:t>
      </w:r>
      <w:r>
        <w:rPr>
          <w:b w:val="0"/>
        </w:rPr>
        <w:t xml:space="preserve"> en qualité de </w:t>
      </w:r>
      <w:r>
        <w:rPr>
          <w:b w:val="0"/>
          <w:color w:val="2446A6"/>
        </w:rPr>
        <w:t>[intitulé du poste]</w:t>
      </w:r>
      <w:r>
        <w:rPr>
          <w:b w:val="0"/>
        </w:rPr>
        <w:t xml:space="preserve">, avec une période d'essai de </w:t>
      </w:r>
      <w:r>
        <w:rPr>
          <w:b w:val="0"/>
          <w:color w:val="2446A6"/>
        </w:rPr>
        <w:t>[durée de la période d'essai]</w:t>
      </w:r>
      <w:r>
        <w:rPr>
          <w:b w:val="0"/>
        </w:rPr>
        <w:t>.</w:t>
      </w:r>
    </w:p>
    <w:p>
      <w:r>
        <w:rPr>
          <w:b w:val="0"/>
        </w:rPr>
        <w:t xml:space="preserve">Nous vous informons par la présente de notre décision de mettre fin à cette période d'essai. Conformément à l'article L. 1221-25 du Code du travail, le délai de préavis applicable à votre ancienneté de </w:t>
      </w:r>
      <w:r>
        <w:rPr>
          <w:b w:val="0"/>
          <w:color w:val="2446A6"/>
        </w:rPr>
        <w:t>[durée de présence, par exemple deux mois et trois semaines]</w:t>
      </w:r>
      <w:r>
        <w:rPr>
          <w:b w:val="0"/>
        </w:rPr>
        <w:t xml:space="preserve"> est de </w:t>
      </w:r>
      <w:r>
        <w:rPr>
          <w:b w:val="0"/>
          <w:color w:val="2446A6"/>
        </w:rPr>
        <w:t>[durée du préavis, par exemple deux semaines]</w:t>
      </w:r>
      <w:r>
        <w:rPr>
          <w:b w:val="0"/>
        </w:rPr>
        <w:t>.</w:t>
      </w:r>
    </w:p>
    <w:p>
      <w:r>
        <w:rPr>
          <w:b w:val="0"/>
        </w:rPr>
        <w:t xml:space="preserve">La rupture prendra effet le </w:t>
      </w:r>
      <w:r>
        <w:rPr>
          <w:b w:val="0"/>
          <w:color w:val="2446A6"/>
        </w:rPr>
        <w:t>[date de fin]</w:t>
      </w:r>
      <w:r>
        <w:rPr>
          <w:b w:val="0"/>
        </w:rPr>
        <w:t>, à l'issue de ce préavis. Vous cesserez de faire partie des effectifs à cette date ; votre solde de tout compte, votre certificat de travail et votre attestation destinée à France Travail vous seront adressés dans les jours suivants.</w:t>
      </w:r>
    </w:p>
    <w:p>
      <w:r>
        <w:rPr>
          <w:b w:val="0"/>
        </w:rPr>
        <w:t xml:space="preserve">Vous êtes dispensé(e) d'exécuter votre préavis à compter de la réception de ce courrier. Cette dispense vous sera rémunérée comme du temps de travail effectif, soit </w:t>
      </w:r>
      <w:r>
        <w:rPr>
          <w:b w:val="0"/>
          <w:color w:val="2446A6"/>
        </w:rPr>
        <w:t>[montant brut]</w:t>
      </w:r>
      <w:r>
        <w:rPr>
          <w:b w:val="0"/>
        </w:rPr>
        <w:t xml:space="preserve"> euros correspondant à </w:t>
      </w:r>
      <w:r>
        <w:rPr>
          <w:b w:val="0"/>
          <w:color w:val="2446A6"/>
        </w:rPr>
        <w:t>[nombre de jours]</w:t>
      </w:r>
      <w:r>
        <w:rPr>
          <w:b w:val="0"/>
        </w:rPr>
        <w:t xml:space="preserve"> jours de salaire.</w:t>
      </w:r>
    </w:p>
    <w:p>
      <w:r>
        <w:rPr>
          <w:b w:val="0"/>
        </w:rPr>
        <w:t xml:space="preserve">Nous vous remercions de bien vouloir restituer avant le </w:t>
      </w:r>
      <w:r>
        <w:rPr>
          <w:b w:val="0"/>
          <w:color w:val="2446A6"/>
        </w:rPr>
        <w:t>[date de fin]</w:t>
      </w:r>
      <w:r>
        <w:rPr>
          <w:b w:val="0"/>
        </w:rPr>
        <w:t xml:space="preserve"> le matériel et les documents en votre possession : </w:t>
      </w:r>
      <w:r>
        <w:rPr>
          <w:b w:val="0"/>
          <w:color w:val="2446A6"/>
        </w:rPr>
        <w:t>[ordinateur portable, badge d'accès, véhicule de service, clés]</w:t>
      </w:r>
      <w:r>
        <w:rPr>
          <w:b w:val="0"/>
        </w:rPr>
        <w:t>.</w:t>
      </w:r>
    </w:p>
    <w:p>
      <w:r>
        <w:rPr>
          <w:b w:val="0"/>
        </w:rPr>
        <w:t>Nous vous prions d'agréer, Madame, Monsieur, l'expression de nos salutations distinguées.</w:t>
      </w:r>
    </w:p>
    <w:p>
      <w:r>
        <w:rPr>
          <w:b w:val="0"/>
        </w:rPr>
        <w:t>Nous vous prions d'agréer, Madame, Monsieur, l'expression de nos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solde de tout compte, certificat de travail, attestation France Travail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fin de période d'essai à l'initiative de l'employeur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