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[Camille Moreau]</w:t>
      </w:r>
    </w:p>
    <w:p>
      <w:pPr>
        <w:spacing w:after="0"/>
      </w:pPr>
      <w:r>
        <w:rPr>
          <w:b w:val="0"/>
          <w:color w:val="2446A6"/>
        </w:rPr>
        <w:t>[15 rue de la Paix, 75002 Paris]</w:t>
      </w:r>
    </w:p>
    <w:p>
      <w:pPr>
        <w:spacing w:after="0"/>
      </w:pPr>
      <w:r>
        <w:rPr>
          <w:b w:val="0"/>
          <w:color w:val="2446A6"/>
        </w:rPr>
        <w:t>[06 12 34 56 78]</w:t>
      </w:r>
    </w:p>
    <w:p>
      <w:pPr>
        <w:spacing w:after="0"/>
      </w:pPr>
      <w:r>
        <w:rPr>
          <w:b w:val="0"/>
          <w:color w:val="2446A6"/>
        </w:rPr>
        <w:t>[camille.moreau@email.fr]</w:t>
      </w:r>
    </w:p>
    <w:p/>
    <w:p>
      <w:pPr>
        <w:spacing w:after="0"/>
        <w:jc w:val="right"/>
      </w:pPr>
      <w:r>
        <w:rPr>
          <w:b w:val="0"/>
          <w:color w:val="2446A6"/>
        </w:rPr>
        <w:t>[Service Ressources Humaines]</w:t>
      </w:r>
    </w:p>
    <w:p>
      <w:pPr>
        <w:spacing w:after="0"/>
        <w:jc w:val="right"/>
      </w:pPr>
      <w:r>
        <w:rPr>
          <w:b w:val="0"/>
          <w:color w:val="2446A6"/>
        </w:rPr>
        <w:t>[Société Durand]</w:t>
      </w:r>
    </w:p>
    <w:p>
      <w:pPr>
        <w:spacing w:after="0"/>
        <w:jc w:val="right"/>
      </w:pPr>
      <w:r>
        <w:rPr>
          <w:b w:val="0"/>
          <w:color w:val="2446A6"/>
        </w:rPr>
        <w:t>[25 avenue des Champs-Élysées, 75008 Paris]</w:t>
      </w:r>
    </w:p>
    <w:p/>
    <w:p>
      <w:pPr>
        <w:jc w:val="right"/>
      </w:pPr>
      <w:r>
        <w:rPr>
          <w:b w:val="0"/>
        </w:rPr>
        <w:t xml:space="preserve">À </w:t>
      </w:r>
      <w:r>
        <w:rPr>
          <w:b w:val="0"/>
          <w:color w:val="2446A6"/>
        </w:rPr>
        <w:t>[Paris]</w:t>
      </w:r>
      <w:r>
        <w:rPr>
          <w:b w:val="0"/>
        </w:rPr>
        <w:t xml:space="preserve">, le </w:t>
      </w:r>
      <w:r>
        <w:rPr>
          <w:b w:val="0"/>
          <w:color w:val="2446A6"/>
        </w:rPr>
        <w:t>[24 septembre 2026]</w:t>
      </w:r>
    </w:p>
    <w:p>
      <w:pPr>
        <w:spacing w:after="0"/>
      </w:pPr>
      <w:r>
        <w:rPr>
          <w:b/>
        </w:rPr>
        <w:t>Lettre recommandée avec accusé de réception</w:t>
      </w:r>
    </w:p>
    <w:p>
      <w:r>
        <w:rPr>
          <w:b/>
        </w:rPr>
        <w:t>Objet : Rupture de la période d’essai à l’initiative du salarié</w:t>
      </w:r>
    </w:p>
    <w:p/>
    <w:p>
      <w:r>
        <w:rPr>
          <w:b w:val="0"/>
        </w:rPr>
        <w:t>Madame, Monsieur,</w:t>
      </w:r>
    </w:p>
    <w:p>
      <w:r>
        <w:rPr>
          <w:b w:val="0"/>
        </w:rPr>
        <w:t xml:space="preserve">Par la présente, je vous informe de ma décision de rompre la période d’essai de </w:t>
      </w:r>
      <w:r>
        <w:rPr>
          <w:b w:val="0"/>
          <w:color w:val="2446A6"/>
        </w:rPr>
        <w:t>[trois mois]</w:t>
      </w:r>
      <w:r>
        <w:rPr>
          <w:b w:val="0"/>
        </w:rPr>
        <w:t xml:space="preserve"> prévue à mon contrat de travail à durée indéterminée signé le </w:t>
      </w:r>
      <w:r>
        <w:rPr>
          <w:b w:val="0"/>
          <w:color w:val="2446A6"/>
        </w:rPr>
        <w:t>[15 mai 2026]</w:t>
      </w:r>
      <w:r>
        <w:rPr>
          <w:b w:val="0"/>
        </w:rPr>
        <w:t>.</w:t>
      </w:r>
    </w:p>
    <w:p>
      <w:r>
        <w:rPr>
          <w:b w:val="0"/>
        </w:rPr>
        <w:t xml:space="preserve">Mon poste de </w:t>
      </w:r>
      <w:r>
        <w:rPr>
          <w:b w:val="0"/>
          <w:color w:val="2446A6"/>
        </w:rPr>
        <w:t>[chargé de clientèle]</w:t>
      </w:r>
      <w:r>
        <w:rPr>
          <w:b w:val="0"/>
        </w:rPr>
        <w:t xml:space="preserve"> ayant débuté le </w:t>
      </w:r>
      <w:r>
        <w:rPr>
          <w:b w:val="0"/>
          <w:color w:val="2446A6"/>
        </w:rPr>
        <w:t>[1er juin 2026]</w:t>
      </w:r>
      <w:r>
        <w:rPr>
          <w:b w:val="0"/>
        </w:rPr>
        <w:t>, mon ancienneté dans l’entreprise est supérieure à huit jours et inférieure à un mois. Conformément à l’article L. 1221-26 du Code du travail, le délai de prévenance applicable est de 48 heures.</w:t>
      </w:r>
    </w:p>
    <w:p>
      <w:r>
        <w:rPr>
          <w:b w:val="0"/>
        </w:rPr>
        <w:t xml:space="preserve">La rupture prendra donc effet le </w:t>
      </w:r>
      <w:r>
        <w:rPr>
          <w:b w:val="0"/>
          <w:color w:val="2446A6"/>
        </w:rPr>
        <w:t>[26 septembre 2026 à minuit]</w:t>
      </w:r>
      <w:r>
        <w:rPr>
          <w:b w:val="0"/>
        </w:rPr>
        <w:t xml:space="preserve">, sauf dispense de ce préavis que je sollicite expressément afin d’être libéré(e) de mes obligations dès le </w:t>
      </w:r>
      <w:r>
        <w:rPr>
          <w:b w:val="0"/>
          <w:color w:val="2446A6"/>
        </w:rPr>
        <w:t>[24 septembre 2026 au soir]</w:t>
      </w:r>
      <w:r>
        <w:rPr>
          <w:b w:val="0"/>
        </w:rPr>
        <w:t>.</w:t>
      </w:r>
    </w:p>
    <w:p>
      <w:r>
        <w:rPr>
          <w:b w:val="0"/>
        </w:rPr>
        <w:t>Je vous prie de bien vouloir me remettre à la date de fin du contrat mon certificat de travail, un reçu pour solde de tout compte intégrant les éventuelles heures supplémentaires et les congés payés acquis, ainsi que l’attestation Pôle emploi actualisée.</w:t>
      </w:r>
    </w:p>
    <w:p>
      <w:r>
        <w:rPr>
          <w:b w:val="0"/>
        </w:rPr>
        <w:t>Je vous remercie de l’accueil qui m’a été réservé et vous prie de croire, Madame, Monsieur, en l’expression de mes salutations distinguées.</w:t>
      </w:r>
    </w:p>
    <w:p/>
    <w:p/>
    <w:p>
      <w:pPr>
        <w:jc w:val="right"/>
      </w:pPr>
      <w:r>
        <w:rPr>
          <w:b w:val="0"/>
          <w:color w:val="2446A6"/>
        </w:rPr>
        <w:t>[Camille Moreau]</w:t>
      </w:r>
    </w:p>
    <w:p/>
    <w:p>
      <w:r>
        <w:rPr>
          <w:b w:val="0"/>
        </w:rPr>
        <w:t>Pièce jointe : Copie du contrat de travail</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fin de période d'essai à l'initiative du salarié</dc:title>
  <dc:subject/>
  <dc:creator/>
  <cp:keywords/>
  <dc:description/>
  <cp:lastModifiedBy/>
  <cp:revision>1</cp:revision>
  <dcterms:created xsi:type="dcterms:W3CDTF">2013-12-23T23:15:00Z</dcterms:created>
  <dcterms:modified xsi:type="dcterms:W3CDTF">2013-12-23T23:15:00Z</dcterms:modified>
  <cp:category/>
</cp:coreProperties>
</file>