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12 rue des Peupliers, 59200 Tourcoing</w:t>
      </w:r>
    </w:p>
    <w:p>
      <w:pPr>
        <w:spacing w:after="0"/>
      </w:pPr>
      <w:r>
        <w:rPr>
          <w:b w:val="0"/>
        </w:rPr>
        <w:t xml:space="preserve">06 12 34 56 78 - </w:t>
      </w: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>Madame la Responsable du recrutement</w:t>
      </w:r>
    </w:p>
    <w:p>
      <w:pPr>
        <w:spacing w:after="0"/>
        <w:jc w:val="right"/>
      </w:pPr>
      <w:r>
        <w:rPr>
          <w:b w:val="0"/>
        </w:rPr>
        <w:t>Fromagerie Delvaux Industrie</w:t>
      </w:r>
    </w:p>
    <w:p>
      <w:pPr>
        <w:spacing w:after="0"/>
        <w:jc w:val="right"/>
      </w:pPr>
      <w:r>
        <w:rPr>
          <w:b w:val="0"/>
        </w:rPr>
        <w:t>ZI de la Blanche Porte, 59200 Tourcoing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[Tourcoing]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poste d'agent de production (réf. </w:t>
      </w:r>
      <w:r>
        <w:rPr>
          <w:b/>
          <w:color w:val="2446A6"/>
        </w:rPr>
        <w:t>[AGP-2026-114]</w:t>
      </w:r>
      <w:r>
        <w:rPr>
          <w:b/>
        </w:rPr>
        <w:t>)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Votre annonce pour un agent de production en 2x8 sur la ligne de conditionnement a retenu mon attention : je travaille depuis </w:t>
      </w:r>
      <w:r>
        <w:rPr>
          <w:b w:val="0"/>
          <w:color w:val="2446A6"/>
        </w:rPr>
        <w:t>[deux saisons]</w:t>
      </w:r>
      <w:r>
        <w:rPr>
          <w:b w:val="0"/>
        </w:rPr>
        <w:t xml:space="preserve"> en atelier agroalimentaire, sur des lignes de mise sous film et d'étiquetage, et je cherche aujourd'hui un poste en contrat durable près de Tourcoing.</w:t>
      </w:r>
    </w:p>
    <w:p>
      <w:r>
        <w:rPr>
          <w:b w:val="0"/>
        </w:rPr>
        <w:t xml:space="preserve">Chez </w:t>
      </w:r>
      <w:r>
        <w:rPr>
          <w:b w:val="0"/>
          <w:color w:val="2446A6"/>
        </w:rPr>
        <w:t>[Fromagerie du Nord]</w:t>
      </w:r>
      <w:r>
        <w:rPr>
          <w:b w:val="0"/>
        </w:rPr>
        <w:t xml:space="preserve">, j'assure le démarrage de ligne, l'approvisionnement des machines en consommables et le contrôle visuel des barquettes avant palettisation. Je tiens une cadence de </w:t>
      </w:r>
      <w:r>
        <w:rPr>
          <w:b w:val="0"/>
          <w:color w:val="2446A6"/>
        </w:rPr>
        <w:t>[1 200 unités à l'heure]</w:t>
      </w:r>
      <w:r>
        <w:rPr>
          <w:b w:val="0"/>
        </w:rPr>
        <w:t xml:space="preserve"> sur la conditionneuse, je renseigne les fiches de production en fin de poste et je signale toute non-conformité au chef d'équipe dans la minute.</w:t>
      </w:r>
    </w:p>
    <w:p>
      <w:r>
        <w:rPr>
          <w:b w:val="0"/>
        </w:rPr>
        <w:t>Je suis titulaire du CACES 1 et du CACES 3, à jour de la visite médicale, et habitué aux horaires décalés : le 2x8 ne me pose aucune difficulté, y compris le samedi matin en période de forte activité. J'ai suivi l'habilitation hygiène HACCP de votre secteur lors de ma prise de poste précédente.</w:t>
      </w:r>
    </w:p>
    <w:p>
      <w:r>
        <w:rPr>
          <w:b w:val="0"/>
        </w:rPr>
        <w:t xml:space="preserve">Disponible à partir du </w:t>
      </w:r>
      <w:r>
        <w:rPr>
          <w:b w:val="0"/>
          <w:color w:val="2446A6"/>
        </w:rPr>
        <w:t>[1er octobre]</w:t>
      </w:r>
      <w:r>
        <w:rPr>
          <w:b w:val="0"/>
        </w:rPr>
        <w:t>, je peux me présenter à un entretien et à une visite de ligne aux horaires qui vous conviennent, y compris avant 7 h. Je reste joignable au 06 12 34 56 78.</w:t>
      </w:r>
    </w:p>
    <w:p>
      <w:r>
        <w:rPr>
          <w:b w:val="0"/>
        </w:rPr>
        <w:t>Je vous remercie de l'attention portée à ma candidature et vous prie d'agréer, Madame, l'expression de ma considération distinguée.</w:t>
      </w:r>
    </w:p>
    <w:p>
      <w:r>
        <w:rPr>
          <w:b w:val="0"/>
        </w:rPr>
        <w:t>Je vous prie d'agréer, Madame,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vitae, copies CACES 1 et 3, attestation de visite médicale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agent de production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