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[Agence Immobilière du Parc]</w:t>
      </w:r>
    </w:p>
    <w:p>
      <w:pPr>
        <w:spacing w:after="0"/>
        <w:jc w:val="right"/>
      </w:pPr>
      <w:r>
        <w:rPr>
          <w:b w:val="0"/>
          <w:color w:val="2446A6"/>
        </w:rPr>
        <w:t>[À l'attention de {Madame Martin]</w:t>
      </w:r>
      <w:r>
        <w:rPr>
          <w:b w:val="0"/>
        </w:rPr>
        <w:t>, directrice}</w:t>
      </w:r>
    </w:p>
    <w:p>
      <w:pPr>
        <w:spacing w:after="0"/>
        <w:jc w:val="right"/>
      </w:pPr>
      <w:r>
        <w:rPr>
          <w:b w:val="0"/>
          <w:color w:val="2446A6"/>
        </w:rPr>
        <w:t>[45 avenue Jean-Jaurès, 69007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d'agent immobilier négociateur (réf. </w:t>
      </w:r>
      <w:r>
        <w:rPr>
          <w:b/>
          <w:color w:val="2446A6"/>
        </w:rPr>
        <w:t>[AG-2026-14]</w:t>
      </w:r>
      <w:r>
        <w:rPr>
          <w:b/>
        </w:rPr>
        <w:t>)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annonce pour un poste d'agent immobilier négociateur sur le secteur </w:t>
      </w:r>
      <w:r>
        <w:rPr>
          <w:b w:val="0"/>
          <w:color w:val="2446A6"/>
        </w:rPr>
        <w:t>[7e arrondissement de Lyon]</w:t>
      </w:r>
      <w:r>
        <w:rPr>
          <w:b w:val="0"/>
        </w:rPr>
        <w:t xml:space="preserve"> a retenu mon attention : je travaille ce périmètre depuis </w:t>
      </w:r>
      <w:r>
        <w:rPr>
          <w:b w:val="0"/>
          <w:color w:val="2446A6"/>
        </w:rPr>
        <w:t>[quatre ans]</w:t>
      </w:r>
      <w:r>
        <w:rPr>
          <w:b w:val="0"/>
        </w:rPr>
        <w:t xml:space="preserve"> et j'y ai réalisé </w:t>
      </w:r>
      <w:r>
        <w:rPr>
          <w:b w:val="0"/>
          <w:color w:val="2446A6"/>
        </w:rPr>
        <w:t>[38 transactions]</w:t>
      </w:r>
      <w:r>
        <w:rPr>
          <w:b w:val="0"/>
        </w:rPr>
        <w:t xml:space="preserve"> en </w:t>
      </w:r>
      <w:r>
        <w:rPr>
          <w:b w:val="0"/>
          <w:color w:val="2446A6"/>
        </w:rPr>
        <w:t>[2025]</w:t>
      </w:r>
      <w:r>
        <w:rPr>
          <w:b w:val="0"/>
        </w:rPr>
        <w:t xml:space="preserve">, dont </w:t>
      </w:r>
      <w:r>
        <w:rPr>
          <w:b w:val="0"/>
          <w:color w:val="2446A6"/>
        </w:rPr>
        <w:t>[vingt-deux ventes]</w:t>
      </w:r>
      <w:r>
        <w:rPr>
          <w:b w:val="0"/>
        </w:rPr>
        <w:t xml:space="preserve"> et </w:t>
      </w:r>
      <w:r>
        <w:rPr>
          <w:b w:val="0"/>
          <w:color w:val="2446A6"/>
        </w:rPr>
        <w:t>[seize locations]</w:t>
      </w:r>
      <w:r>
        <w:rPr>
          <w:b w:val="0"/>
        </w:rPr>
        <w:t>.</w:t>
      </w:r>
    </w:p>
    <w:p>
      <w:r>
        <w:rPr>
          <w:b w:val="0"/>
        </w:rPr>
        <w:t xml:space="preserve">Titulaire de la carte professionnelle n° </w:t>
      </w:r>
      <w:r>
        <w:rPr>
          <w:b w:val="0"/>
          <w:color w:val="2446A6"/>
        </w:rPr>
        <w:t>[CPI 6901 2022 000 45 123]</w:t>
      </w:r>
      <w:r>
        <w:rPr>
          <w:b w:val="0"/>
        </w:rPr>
        <w:t xml:space="preserve">, délivrée par la CCI de </w:t>
      </w:r>
      <w:r>
        <w:rPr>
          <w:b w:val="0"/>
          <w:color w:val="2446A6"/>
        </w:rPr>
        <w:t>[Lyon]</w:t>
      </w:r>
      <w:r>
        <w:rPr>
          <w:b w:val="0"/>
        </w:rPr>
        <w:t xml:space="preserve">, je maîtrise la rédaction des mandats, les diagnostics obligatoires et le suivi des compromis chez le notaire. Sur mon dernier exercice, mon panier moyen s'établit à </w:t>
      </w:r>
      <w:r>
        <w:rPr>
          <w:b w:val="0"/>
          <w:color w:val="2446A6"/>
        </w:rPr>
        <w:t>[312 000 €]</w:t>
      </w:r>
      <w:r>
        <w:rPr>
          <w:b w:val="0"/>
        </w:rPr>
        <w:t xml:space="preserve"> et mon taux de mandats exclusifs atteint </w:t>
      </w:r>
      <w:r>
        <w:rPr>
          <w:b w:val="0"/>
          <w:color w:val="2446A6"/>
        </w:rPr>
        <w:t>[64 %]</w:t>
      </w:r>
      <w:r>
        <w:rPr>
          <w:b w:val="0"/>
        </w:rPr>
        <w:t>.</w:t>
      </w:r>
    </w:p>
    <w:p>
      <w:r>
        <w:rPr>
          <w:b w:val="0"/>
        </w:rPr>
        <w:t xml:space="preserve">Je prospecte en porte-à-porte deux matinées par semaine, je publie chaque bien sur </w:t>
      </w:r>
      <w:r>
        <w:rPr>
          <w:b w:val="0"/>
          <w:color w:val="2446A6"/>
        </w:rPr>
        <w:t>[quatre portails]</w:t>
      </w:r>
      <w:r>
        <w:rPr>
          <w:b w:val="0"/>
        </w:rPr>
        <w:t xml:space="preserve"> et je réponds aux leads en moins d'une heure. Mon fichier compte </w:t>
      </w:r>
      <w:r>
        <w:rPr>
          <w:b w:val="0"/>
          <w:color w:val="2446A6"/>
        </w:rPr>
        <w:t>[210 contacts]</w:t>
      </w:r>
      <w:r>
        <w:rPr>
          <w:b w:val="0"/>
        </w:rPr>
        <w:t xml:space="preserve"> qualifiés dans le quartier, dont </w:t>
      </w:r>
      <w:r>
        <w:rPr>
          <w:b w:val="0"/>
          <w:color w:val="2446A6"/>
        </w:rPr>
        <w:t>[une trentaine]</w:t>
      </w:r>
      <w:r>
        <w:rPr>
          <w:b w:val="0"/>
        </w:rPr>
        <w:t xml:space="preserve"> de propriétaires qui envisagent une mise en vente au printemps.</w:t>
      </w:r>
    </w:p>
    <w:p>
      <w:r>
        <w:rPr>
          <w:b w:val="0"/>
        </w:rPr>
        <w:t xml:space="preserve">Rejoindre </w:t>
      </w:r>
      <w:r>
        <w:rPr>
          <w:b w:val="0"/>
          <w:color w:val="2446A6"/>
        </w:rPr>
        <w:t>[Agence Immobilière du Parc]</w:t>
      </w:r>
      <w:r>
        <w:rPr>
          <w:b w:val="0"/>
        </w:rPr>
        <w:t xml:space="preserve"> me permettrait de m'appuyer sur votre notoriété sur </w:t>
      </w:r>
      <w:r>
        <w:rPr>
          <w:b w:val="0"/>
          <w:color w:val="2446A6"/>
        </w:rPr>
        <w:t>[la rive gauche]</w:t>
      </w:r>
      <w:r>
        <w:rPr>
          <w:b w:val="0"/>
        </w:rPr>
        <w:t xml:space="preserve"> et sur votre réseau de </w:t>
      </w:r>
      <w:r>
        <w:rPr>
          <w:b w:val="0"/>
          <w:color w:val="2446A6"/>
        </w:rPr>
        <w:t>[quinze collaborateurs]</w:t>
      </w:r>
      <w:r>
        <w:rPr>
          <w:b w:val="0"/>
        </w:rPr>
        <w:t xml:space="preserve">. Je suis disponible pour un entretien à votre convenance, y compris en soirée, et je peux démarrer sous </w:t>
      </w:r>
      <w:r>
        <w:rPr>
          <w:b w:val="0"/>
          <w:color w:val="2446A6"/>
        </w:rPr>
        <w:t>[quinze jours]</w:t>
      </w:r>
      <w:r>
        <w:rPr>
          <w:b w:val="0"/>
        </w:rPr>
        <w:t xml:space="preserve"> après signature.</w:t>
      </w:r>
    </w:p>
    <w:p>
      <w:r>
        <w:rPr>
          <w:b w:val="0"/>
        </w:rPr>
        <w:t>Je vous remercie de l'attention portée à ma candidature et me tiens à votre disposition pour vous présenter mes derniers relevés de transactions.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CV, copie de la carte professionnelle CPI 6901 2022 000 45 123, attestation de formation </w:t>
      </w:r>
      <w:r>
        <w:rPr>
          <w:b w:val="0"/>
          <w:color w:val="2446A6"/>
        </w:rPr>
        <w:t>[loi Hoguet]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immobilier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