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</w:rPr>
        <w:t>Société Durand</w:t>
      </w:r>
    </w:p>
    <w:p>
      <w:pPr>
        <w:spacing w:after="0"/>
        <w:jc w:val="right"/>
      </w:pPr>
      <w:r>
        <w:rPr>
          <w:b w:val="0"/>
        </w:rPr>
        <w:t>12 rue de la Paix</w:t>
      </w:r>
    </w:p>
    <w:p>
      <w:pPr>
        <w:spacing w:after="0"/>
        <w:jc w:val="right"/>
      </w:pPr>
      <w:r>
        <w:rPr>
          <w:b w:val="0"/>
        </w:rPr>
        <w:t>75002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au poste d’assistante commerciale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d’un BTS Négociation et Digitalisation de la Relation Client, je justifie de </w:t>
      </w:r>
      <w:r>
        <w:rPr>
          <w:b w:val="0"/>
          <w:color w:val="2446A6"/>
        </w:rPr>
        <w:t>[deux ans]</w:t>
      </w:r>
      <w:r>
        <w:rPr>
          <w:b w:val="0"/>
        </w:rPr>
        <w:t xml:space="preserve"> d’expérience en tant qu’assistante commerciale au sein de </w:t>
      </w:r>
      <w:r>
        <w:rPr>
          <w:b w:val="0"/>
          <w:color w:val="2446A6"/>
        </w:rPr>
        <w:t>[Nom de l’entreprise]</w:t>
      </w:r>
      <w:r>
        <w:rPr>
          <w:b w:val="0"/>
        </w:rPr>
        <w:t xml:space="preserve">, où j’ai géré un portefeuille de </w:t>
      </w:r>
      <w:r>
        <w:rPr>
          <w:b w:val="0"/>
          <w:color w:val="2446A6"/>
        </w:rPr>
        <w:t>[80 comptes]</w:t>
      </w:r>
      <w:r>
        <w:rPr>
          <w:b w:val="0"/>
        </w:rPr>
        <w:t xml:space="preserve"> et traité </w:t>
      </w:r>
      <w:r>
        <w:rPr>
          <w:b w:val="0"/>
          <w:color w:val="2446A6"/>
        </w:rPr>
        <w:t>[150 commandes]</w:t>
      </w:r>
      <w:r>
        <w:rPr>
          <w:b w:val="0"/>
        </w:rPr>
        <w:t xml:space="preserve"> par mois. Votre secteur d’activité, </w:t>
      </w:r>
      <w:r>
        <w:rPr>
          <w:b w:val="0"/>
          <w:color w:val="2446A6"/>
        </w:rPr>
        <w:t>[précisez]</w:t>
      </w:r>
      <w:r>
        <w:rPr>
          <w:b w:val="0"/>
        </w:rPr>
        <w:t xml:space="preserve">, m’attire particulièrement pour </w:t>
      </w:r>
      <w:r>
        <w:rPr>
          <w:b w:val="0"/>
          <w:color w:val="2446A6"/>
        </w:rPr>
        <w:t>[raison]</w:t>
      </w:r>
      <w:r>
        <w:rPr>
          <w:b w:val="0"/>
        </w:rPr>
        <w:t>.</w:t>
      </w:r>
    </w:p>
    <w:p>
      <w:r>
        <w:rPr>
          <w:b w:val="0"/>
        </w:rPr>
        <w:t xml:space="preserve">Au quotidien, j’assure la saisie des commandes sur </w:t>
      </w:r>
      <w:r>
        <w:rPr>
          <w:b w:val="0"/>
          <w:color w:val="2446A6"/>
        </w:rPr>
        <w:t>[ERP/CRM]</w:t>
      </w:r>
      <w:r>
        <w:rPr>
          <w:b w:val="0"/>
        </w:rPr>
        <w:t xml:space="preserve">, le suivi des livraisons et la facturation. J’ai réduit de </w:t>
      </w:r>
      <w:r>
        <w:rPr>
          <w:b w:val="0"/>
          <w:color w:val="2446A6"/>
        </w:rPr>
        <w:t>[20 %]</w:t>
      </w:r>
      <w:r>
        <w:rPr>
          <w:b w:val="0"/>
        </w:rPr>
        <w:t xml:space="preserve"> le délai de relance clients en mettant en place un fichier de suivi partagé avec l’équipe commerciale. Je maîtrise </w:t>
      </w:r>
      <w:r>
        <w:rPr>
          <w:b w:val="0"/>
          <w:color w:val="2446A6"/>
        </w:rPr>
        <w:t>[Salesforce]</w:t>
      </w:r>
      <w:r>
        <w:rPr>
          <w:b w:val="0"/>
        </w:rPr>
        <w:t xml:space="preserve"> et le Pack Office, et j’ai l’habitude de préparer les dossiers pour les commerciaux itinérants.</w:t>
      </w:r>
    </w:p>
    <w:p>
      <w:r>
        <w:rPr>
          <w:b w:val="0"/>
        </w:rPr>
        <w:t xml:space="preserve">Rigoureuse et réactive, je sais prioriser les urgences sans négliger la relation client. Mon employeur actuel souligne ma capacité à désamorcer les litiges de livraison par téléphone, avec un taux de résolution au premier appel de </w:t>
      </w:r>
      <w:r>
        <w:rPr>
          <w:b w:val="0"/>
          <w:color w:val="2446A6"/>
        </w:rPr>
        <w:t>[85 %]</w:t>
      </w:r>
      <w:r>
        <w:rPr>
          <w:b w:val="0"/>
        </w:rPr>
        <w:t>.</w:t>
      </w:r>
    </w:p>
    <w:p>
      <w:r>
        <w:rPr>
          <w:b w:val="0"/>
        </w:rPr>
        <w:t>Je serais ravie de mettre ces compétences au service de votre équipe commerciale. Je me tiens à votre disposition pour un entretien à votre convenance.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assistante commerciale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