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poste d’assistante ressources humaines (réf. </w:t>
      </w:r>
      <w:r>
        <w:rPr>
          <w:b/>
          <w:color w:val="2446A6"/>
        </w:rPr>
        <w:t>[REF]</w:t>
      </w:r>
      <w:r>
        <w:rPr>
          <w:b/>
        </w:rPr>
        <w:t>)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annonce parue sur </w:t>
      </w:r>
      <w:r>
        <w:rPr>
          <w:b w:val="0"/>
          <w:color w:val="2446A6"/>
        </w:rPr>
        <w:t>[site d’emploi]</w:t>
      </w:r>
      <w:r>
        <w:rPr>
          <w:b w:val="0"/>
        </w:rPr>
        <w:t xml:space="preserve"> le </w:t>
      </w:r>
      <w:r>
        <w:rPr>
          <w:b w:val="0"/>
          <w:color w:val="2446A6"/>
        </w:rPr>
        <w:t>[date]</w:t>
      </w:r>
      <w:r>
        <w:rPr>
          <w:b w:val="0"/>
        </w:rPr>
        <w:t xml:space="preserve"> a retenu toute mon attention : le poste d’assistante ressources humaines que vous proposez correspond à mon parcours et à ma volonté d’intégrer une structure où la fonction RH est un levier stratégique.</w:t>
      </w:r>
    </w:p>
    <w:p>
      <w:r>
        <w:rPr>
          <w:b w:val="0"/>
        </w:rPr>
        <w:t xml:space="preserve">Durant </w:t>
      </w:r>
      <w:r>
        <w:rPr>
          <w:b w:val="0"/>
          <w:color w:val="2446A6"/>
        </w:rPr>
        <w:t>[deux ans]</w:t>
      </w:r>
      <w:r>
        <w:rPr>
          <w:b w:val="0"/>
        </w:rPr>
        <w:t xml:space="preserve"> au sein du service RH de </w:t>
      </w:r>
      <w:r>
        <w:rPr>
          <w:b w:val="0"/>
          <w:color w:val="2446A6"/>
        </w:rPr>
        <w:t>[entreprise précédente]</w:t>
      </w:r>
      <w:r>
        <w:rPr>
          <w:b w:val="0"/>
        </w:rPr>
        <w:t xml:space="preserve">, j’ai assuré la gestion administrative de </w:t>
      </w:r>
      <w:r>
        <w:rPr>
          <w:b w:val="0"/>
          <w:color w:val="2446A6"/>
        </w:rPr>
        <w:t>[200]</w:t>
      </w:r>
      <w:r>
        <w:rPr>
          <w:b w:val="0"/>
        </w:rPr>
        <w:t xml:space="preserve"> dossiers du personnel, de l’embauche à la sortie. J’ai préparé chaque mois les éléments variables de paie pour </w:t>
      </w:r>
      <w:r>
        <w:rPr>
          <w:b w:val="0"/>
          <w:color w:val="2446A6"/>
        </w:rPr>
        <w:t>[80]</w:t>
      </w:r>
      <w:r>
        <w:rPr>
          <w:b w:val="0"/>
        </w:rPr>
        <w:t xml:space="preserve"> salariés sous </w:t>
      </w:r>
      <w:r>
        <w:rPr>
          <w:b w:val="0"/>
          <w:color w:val="2446A6"/>
        </w:rPr>
        <w:t>[SIRH]</w:t>
      </w:r>
      <w:r>
        <w:rPr>
          <w:b w:val="0"/>
        </w:rPr>
        <w:t>, sans erreur de DSN. J’ai également organisé le suivi des visites médicales et des formations obligatoires, en lien avec la médecine du travail et les OPCO.</w:t>
      </w:r>
    </w:p>
    <w:p>
      <w:r>
        <w:rPr>
          <w:b w:val="0"/>
        </w:rPr>
        <w:t xml:space="preserve">Ce qui me motive dans votre entreprise, c’est la dimension de proximité que vous décrivez : accompagner les managers sur le terrain, fiabiliser les processus RH et contribuer à la qualité de vie au travail. Ma pratique du logiciel </w:t>
      </w:r>
      <w:r>
        <w:rPr>
          <w:b w:val="0"/>
          <w:color w:val="2446A6"/>
        </w:rPr>
        <w:t>[nom du logiciel]</w:t>
      </w:r>
      <w:r>
        <w:rPr>
          <w:b w:val="0"/>
        </w:rPr>
        <w:t xml:space="preserve"> et ma connaissance des conventions collectives </w:t>
      </w:r>
      <w:r>
        <w:rPr>
          <w:b w:val="0"/>
          <w:color w:val="2446A6"/>
        </w:rPr>
        <w:t>[secteur]</w:t>
      </w:r>
      <w:r>
        <w:rPr>
          <w:b w:val="0"/>
        </w:rPr>
        <w:t xml:space="preserve"> me permettront d’être opérationnelle rapidement.</w:t>
      </w:r>
    </w:p>
    <w:p>
      <w:r>
        <w:rPr>
          <w:b w:val="0"/>
        </w:rPr>
        <w:t>Je serais heureuse de vous exposer de vive voix ma capacité à tenir ce poste avec rigueur et discrétion. Je me tiens à votre disposition pour un entretien à votre convenance.</w:t>
      </w:r>
    </w:p>
    <w:p>
      <w:r>
        <w:rPr>
          <w:b w:val="0"/>
        </w:rPr>
        <w:t>Dans l’attente de votre retour,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assistante ressources humaines (RH)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