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l’enseigne]</w:t>
      </w:r>
    </w:p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au poste d’employé commercial – réf. </w:t>
      </w:r>
      <w:r>
        <w:rPr>
          <w:b/>
          <w:color w:val="2446A6"/>
        </w:rPr>
        <w:t>[référence de l’offre]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Votre annonce parue sur </w:t>
      </w:r>
      <w:r>
        <w:rPr>
          <w:b w:val="0"/>
          <w:color w:val="2446A6"/>
        </w:rPr>
        <w:t>[site d’emploi]</w:t>
      </w:r>
      <w:r>
        <w:rPr>
          <w:b w:val="0"/>
        </w:rPr>
        <w:t xml:space="preserve"> le </w:t>
      </w:r>
      <w:r>
        <w:rPr>
          <w:b w:val="0"/>
          <w:color w:val="2446A6"/>
        </w:rPr>
        <w:t>[date]</w:t>
      </w:r>
      <w:r>
        <w:rPr>
          <w:b w:val="0"/>
        </w:rPr>
        <w:t xml:space="preserve"> a retenu toute mon attention. Titulaire d’un </w:t>
      </w:r>
      <w:r>
        <w:rPr>
          <w:b w:val="0"/>
          <w:color w:val="2446A6"/>
        </w:rPr>
        <w:t>[BTS MCO]</w:t>
      </w:r>
      <w:r>
        <w:rPr>
          <w:b w:val="0"/>
        </w:rPr>
        <w:t xml:space="preserve"> et fort de </w:t>
      </w:r>
      <w:r>
        <w:rPr>
          <w:b w:val="0"/>
          <w:color w:val="2446A6"/>
        </w:rPr>
        <w:t>[trois années]</w:t>
      </w:r>
      <w:r>
        <w:rPr>
          <w:b w:val="0"/>
        </w:rPr>
        <w:t xml:space="preserve"> en tant qu’employé commercial chez </w:t>
      </w:r>
      <w:r>
        <w:rPr>
          <w:b w:val="0"/>
          <w:color w:val="2446A6"/>
        </w:rPr>
        <w:t>[enseigne précédente]</w:t>
      </w:r>
      <w:r>
        <w:rPr>
          <w:b w:val="0"/>
        </w:rPr>
        <w:t xml:space="preserve">, j’ai développé une approche du conseil client qui a fait progresser le panier moyen de </w:t>
      </w:r>
      <w:r>
        <w:rPr>
          <w:b w:val="0"/>
          <w:color w:val="2446A6"/>
        </w:rPr>
        <w:t>[12 %]</w:t>
      </w:r>
      <w:r>
        <w:rPr>
          <w:b w:val="0"/>
        </w:rPr>
        <w:t xml:space="preserve"> en un an.</w:t>
      </w:r>
    </w:p>
    <w:p>
      <w:r>
        <w:rPr>
          <w:b w:val="0"/>
        </w:rPr>
        <w:t xml:space="preserve">Au quotidien, j’assure la tenue du rayon, le réassort et l’encaissement. J’ai mis en place une organisation des cabines d’essayage qui a réduit l’attente de </w:t>
      </w:r>
      <w:r>
        <w:rPr>
          <w:b w:val="0"/>
          <w:color w:val="2446A6"/>
        </w:rPr>
        <w:t>[30 secondes]</w:t>
      </w:r>
      <w:r>
        <w:rPr>
          <w:b w:val="0"/>
        </w:rPr>
        <w:t xml:space="preserve"> par cliente, et je forme les nouveaux venus à l’argumentaire de vente. Mon taux de transformation visiteurs/acheteurs est passé de </w:t>
      </w:r>
      <w:r>
        <w:rPr>
          <w:b w:val="0"/>
          <w:color w:val="2446A6"/>
        </w:rPr>
        <w:t>[18 %]</w:t>
      </w:r>
      <w:r>
        <w:rPr>
          <w:b w:val="0"/>
        </w:rPr>
        <w:t xml:space="preserve"> à </w:t>
      </w:r>
      <w:r>
        <w:rPr>
          <w:b w:val="0"/>
          <w:color w:val="2446A6"/>
        </w:rPr>
        <w:t>[24 %]</w:t>
      </w:r>
      <w:r>
        <w:rPr>
          <w:b w:val="0"/>
        </w:rPr>
        <w:t xml:space="preserve"> sur le dernier trimestre.</w:t>
      </w:r>
    </w:p>
    <w:p>
      <w:r>
        <w:rPr>
          <w:b w:val="0"/>
        </w:rPr>
        <w:t xml:space="preserve">Rejoindre </w:t>
      </w:r>
      <w:r>
        <w:rPr>
          <w:b w:val="0"/>
          <w:color w:val="2446A6"/>
        </w:rPr>
        <w:t>[enseigne]</w:t>
      </w:r>
      <w:r>
        <w:rPr>
          <w:b w:val="0"/>
        </w:rPr>
        <w:t xml:space="preserve"> représente pour moi l’opportunité d’apporter ces résultats à une équipe reconnue pour la qualité de son accueil. Je suis disponible pour un entretien dès le </w:t>
      </w:r>
      <w:r>
        <w:rPr>
          <w:b w:val="0"/>
          <w:color w:val="2446A6"/>
        </w:rPr>
        <w:t>[date]</w:t>
      </w:r>
      <w:r>
        <w:rPr>
          <w:b w:val="0"/>
        </w:rPr>
        <w:t xml:space="preserve"> et me tiens à votre disposition pour toute information complémentaire.</w:t>
      </w:r>
    </w:p>
    <w:p>
      <w:r>
        <w:rPr>
          <w:b w:val="0"/>
        </w:rPr>
        <w:t>Dans l’attente de votre retour,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vitæ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employé commercial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