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[Téléphone]</w:t>
      </w:r>
      <w:r>
        <w:rPr>
          <w:b w:val="0"/>
        </w:rPr>
        <w:t xml:space="preserve"> · </w:t>
      </w:r>
      <w:r>
        <w:rPr>
          <w:b w:val="0"/>
          <w:color w:val="2446A6"/>
        </w:rPr>
        <w:t>[Adresse e-mail]</w:t>
      </w:r>
    </w:p>
    <w:p/>
    <w:p>
      <w:pPr>
        <w:spacing w:after="0"/>
        <w:jc w:val="right"/>
      </w:pPr>
      <w:r>
        <w:rPr>
          <w:b w:val="0"/>
        </w:rPr>
        <w:t>Service recrutement</w:t>
      </w:r>
    </w:p>
    <w:p>
      <w:pPr>
        <w:spacing w:after="0"/>
        <w:jc w:val="right"/>
      </w:pPr>
      <w:r>
        <w:rPr>
          <w:b w:val="0"/>
        </w:rPr>
        <w:t>Hypermarché E.Leclerc</w:t>
      </w:r>
    </w:p>
    <w:p>
      <w:pPr>
        <w:spacing w:after="0"/>
        <w:jc w:val="right"/>
      </w:pPr>
      <w:r>
        <w:rPr>
          <w:b w:val="0"/>
        </w:rPr>
        <w:t>26 quai Marcel Boyer, 94200 Ivry-sur-Seine</w:t>
      </w:r>
    </w:p>
    <w:p/>
    <w:p>
      <w:pPr>
        <w:jc w:val="right"/>
      </w:pPr>
      <w:r>
        <w:rPr>
          <w:b w:val="0"/>
        </w:rPr>
        <w:t xml:space="preserve">À </w:t>
      </w:r>
      <w:r>
        <w:rPr>
          <w:b w:val="0"/>
          <w:color w:val="2446A6"/>
        </w:rPr>
        <w:t>[ville]</w:t>
      </w:r>
      <w:r>
        <w:rPr>
          <w:b w:val="0"/>
        </w:rPr>
        <w:t xml:space="preserve">, le </w:t>
      </w:r>
      <w:r>
        <w:rPr>
          <w:b w:val="0"/>
          <w:color w:val="2446A6"/>
        </w:rPr>
        <w:t>[date]</w:t>
      </w:r>
    </w:p>
    <w:p>
      <w:r>
        <w:rPr>
          <w:b/>
        </w:rPr>
        <w:t>Objet : Candidature au poste d’employé de rayon</w:t>
      </w:r>
    </w:p>
    <w:p/>
    <w:p>
      <w:r>
        <w:rPr>
          <w:b w:val="0"/>
        </w:rPr>
        <w:t>Madame, Monsieur,</w:t>
      </w:r>
    </w:p>
    <w:p>
      <w:r>
        <w:rPr>
          <w:b w:val="0"/>
        </w:rPr>
        <w:t xml:space="preserve">Titulaire du </w:t>
      </w:r>
      <w:r>
        <w:rPr>
          <w:b w:val="0"/>
          <w:color w:val="2446A6"/>
        </w:rPr>
        <w:t>[CAP Employé de commerce polyvalent]</w:t>
      </w:r>
      <w:r>
        <w:rPr>
          <w:b w:val="0"/>
        </w:rPr>
        <w:t>, je suis disponible immédiatement et j’accepte les horaires du matin, du soir et les samedis. Votre offre pour le rayon épicerie correspond à mon objectif : intégrer une équipe de grande distribution et garantir des rayons pleins dès l’ouverture.</w:t>
      </w:r>
    </w:p>
    <w:p>
      <w:r>
        <w:rPr>
          <w:b w:val="0"/>
        </w:rPr>
        <w:t xml:space="preserve">Pendant </w:t>
      </w:r>
      <w:r>
        <w:rPr>
          <w:b w:val="0"/>
          <w:color w:val="2446A6"/>
        </w:rPr>
        <w:t>[deux saisons en boutique alimentaire]</w:t>
      </w:r>
      <w:r>
        <w:rPr>
          <w:b w:val="0"/>
        </w:rPr>
        <w:t xml:space="preserve">, j’ai effectué la mise en rayon de </w:t>
      </w:r>
      <w:r>
        <w:rPr>
          <w:b w:val="0"/>
          <w:color w:val="2446A6"/>
        </w:rPr>
        <w:t>[250 références]</w:t>
      </w:r>
      <w:r>
        <w:rPr>
          <w:b w:val="0"/>
        </w:rPr>
        <w:t xml:space="preserve"> en respectant le plan de merchandising, la rotation des dates limites et le facing après chaque passage client. J’ai également traité les retours produits et signalé les ruptures au manager avant 10 heures.</w:t>
      </w:r>
    </w:p>
    <w:p>
      <w:r>
        <w:rPr>
          <w:b w:val="0"/>
        </w:rPr>
        <w:t xml:space="preserve">Je connais les consignes de sécurité liées au transpalette électrique et au nettoyage des sols en zone de vente. En période de forte affluence, je sais réapprovisionner le rayon frais en </w:t>
      </w:r>
      <w:r>
        <w:rPr>
          <w:b w:val="0"/>
          <w:color w:val="2446A6"/>
        </w:rPr>
        <w:t>[30 minutes]</w:t>
      </w:r>
      <w:r>
        <w:rPr>
          <w:b w:val="0"/>
        </w:rPr>
        <w:t xml:space="preserve"> tout en maintenant la chaîne du froid.</w:t>
      </w:r>
    </w:p>
    <w:p>
      <w:r>
        <w:rPr>
          <w:b w:val="0"/>
        </w:rPr>
        <w:t xml:space="preserve">Je souhaite mettre cette rigueur au service de votre magasin de </w:t>
      </w:r>
      <w:r>
        <w:rPr>
          <w:b w:val="0"/>
          <w:color w:val="2446A6"/>
        </w:rPr>
        <w:t>[ville]</w:t>
      </w:r>
      <w:r>
        <w:rPr>
          <w:b w:val="0"/>
        </w:rPr>
        <w:t xml:space="preserve"> et rester au sein de l’enseigne après une période d’intérim. Je me tiens à votre disposition pour un essai en rayon dès cette semaine.</w:t>
      </w:r>
    </w:p>
    <w:p>
      <w:r>
        <w:rPr>
          <w:b w:val="0"/>
        </w:rPr>
        <w:t>Je vous prie d’agréer, Madame, Monsieur, l’expression de ma considération distinguée.</w:t>
      </w:r>
    </w:p>
    <w:p/>
    <w:p>
      <w:pPr>
        <w:jc w:val="right"/>
      </w:pPr>
      <w:r>
        <w:rPr>
          <w:b w:val="0"/>
          <w:color w:val="2446A6"/>
        </w:rPr>
        <w:t>[Prénom Nom]</w:t>
      </w:r>
    </w:p>
    <w:p/>
    <w:p>
      <w:r>
        <w:rPr>
          <w:b w:val="0"/>
        </w:rPr>
        <w:t>Pièce jointe : CV</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employé de rayon</dc:title>
  <dc:subject/>
  <dc:creator/>
  <cp:keywords/>
  <dc:description/>
  <cp:lastModifiedBy/>
  <cp:revision>1</cp:revision>
  <dcterms:created xsi:type="dcterms:W3CDTF">2013-12-23T23:15:00Z</dcterms:created>
  <dcterms:modified xsi:type="dcterms:W3CDTF">2013-12-23T23:15:00Z</dcterms:modified>
  <cp:category/>
</cp:coreProperties>
</file>