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75011 Paris]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/>
    <w:p>
      <w:pPr>
        <w:spacing w:after="0"/>
        <w:jc w:val="right"/>
      </w:pPr>
      <w:r>
        <w:rPr>
          <w:b w:val="0"/>
        </w:rPr>
        <w:t xml:space="preserve">Mutuelle </w:t>
      </w:r>
      <w:r>
        <w:rPr>
          <w:b w:val="0"/>
          <w:color w:val="2446A6"/>
        </w:rPr>
        <w:t>[Nom de l'organisme]</w:t>
      </w:r>
    </w:p>
    <w:p>
      <w:pPr>
        <w:spacing w:after="0"/>
        <w:jc w:val="right"/>
      </w:pPr>
      <w:r>
        <w:rPr>
          <w:b w:val="0"/>
        </w:rPr>
        <w:t>Service résiliation</w:t>
      </w:r>
    </w:p>
    <w:p>
      <w:pPr>
        <w:spacing w:after="0"/>
        <w:jc w:val="right"/>
      </w:pPr>
      <w:r>
        <w:rPr>
          <w:b w:val="0"/>
          <w:color w:val="2446A6"/>
        </w:rPr>
        <w:t>[8 avenue de la République, 75011 Paris]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de mon contrat de mutuelle </w:t>
      </w:r>
      <w:r>
        <w:rPr>
          <w:b/>
          <w:color w:val="2446A6"/>
        </w:rPr>
        <w:t>[numéro de contrat]</w:t>
      </w:r>
      <w:r>
        <w:rPr>
          <w:b/>
        </w:rPr>
        <w:t xml:space="preserve"> en application de la loi Chatel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suis titulaire du contrat de mutuelle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 souscrit le </w:t>
      </w:r>
      <w:r>
        <w:rPr>
          <w:b w:val="0"/>
          <w:color w:val="2446A6"/>
        </w:rPr>
        <w:t>[15 mars 2024]</w:t>
      </w:r>
      <w:r>
        <w:rPr>
          <w:b w:val="0"/>
        </w:rPr>
        <w:t xml:space="preserve"> auprès de vos services, et je vous règle mes cotisations par prélèvement automatique depuis cette date.</w:t>
      </w:r>
    </w:p>
    <w:p>
      <w:r>
        <w:rPr>
          <w:b w:val="0"/>
        </w:rPr>
        <w:t xml:space="preserve">Conformément à l'article L. 112-10 du Code des assurances, je souhaite résilier ce contrat à l'expiration de la première année, soit le </w:t>
      </w:r>
      <w:r>
        <w:rPr>
          <w:b w:val="0"/>
          <w:color w:val="2446A6"/>
        </w:rPr>
        <w:t>[15 mars 2025]</w:t>
      </w:r>
      <w:r>
        <w:rPr>
          <w:b w:val="0"/>
        </w:rPr>
        <w:t>, et à tout moment par la suite. Cette résiliation ne doit entraîner ni frais ni pénalité.</w:t>
      </w:r>
    </w:p>
    <w:p>
      <w:r>
        <w:rPr>
          <w:b w:val="0"/>
        </w:rPr>
        <w:t>Je vous demande de bien vouloir mettre fin au contrat dans un délai de vingt jours à compter de la réception de ce courrier, de m'adresser un écrit confirmant la résiliation, et de me rembourser les cotisations indûment perçues au-delà de la date d'effet.</w:t>
      </w:r>
    </w:p>
    <w:p>
      <w:r>
        <w:rPr>
          <w:b w:val="0"/>
        </w:rPr>
        <w:t>Je vous prie de cesser tout prélèvement à compter de la date de résiliation et de m'indiquer le solde éventuel.</w:t>
      </w:r>
    </w:p>
    <w:p>
      <w:r>
        <w:rPr>
          <w:b w:val="0"/>
        </w:rPr>
        <w:t>Je joins à ce courrier une copie de mon contrat et un relevé d'identité bancaire pour le remboursement.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du contrat de mutuelle </w:t>
      </w:r>
      <w:r>
        <w:rPr>
          <w:b w:val="0"/>
          <w:color w:val="2446A6"/>
        </w:rPr>
        <w:t>[numéro de contrat]</w:t>
      </w:r>
      <w:r>
        <w:rPr>
          <w:b w:val="0"/>
        </w:rPr>
        <w:t>, relevé d'identité bancaire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Loi Chatel et mutuelle : le modèle de lettre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