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 rue des Lilas, 75011 Paris]</w:t>
      </w:r>
    </w:p>
    <w:p>
      <w:pPr>
        <w:spacing w:after="0"/>
      </w:pPr>
      <w:r>
        <w:rPr>
          <w:b w:val="0"/>
          <w:color w:val="2446A6"/>
        </w:rPr>
        <w:t>[06 12 34 56 78]</w:t>
      </w:r>
      <w:r>
        <w:rPr>
          <w:b w:val="0"/>
        </w:rPr>
        <w:t xml:space="preserve"> — </w:t>
      </w:r>
      <w:r>
        <w:rPr>
          <w:b w:val="0"/>
          <w:color w:val="2446A6"/>
        </w:rPr>
        <w:t>[prenom.nom@email.fr]</w:t>
      </w:r>
    </w:p>
    <w:p/>
    <w:p>
      <w:pPr>
        <w:spacing w:after="0"/>
        <w:jc w:val="right"/>
      </w:pPr>
      <w:r>
        <w:rPr>
          <w:b w:val="0"/>
          <w:color w:val="2446A6"/>
        </w:rPr>
        <w:t>[Caisse d'allocations familiales de Paris]</w:t>
      </w:r>
    </w:p>
    <w:p>
      <w:pPr>
        <w:spacing w:after="0"/>
        <w:jc w:val="right"/>
      </w:pPr>
      <w:r>
        <w:rPr>
          <w:b w:val="0"/>
          <w:color w:val="2446A6"/>
        </w:rPr>
        <w:t>[Service des prestations, 12 rue de la Paix, 75002 Paris]</w:t>
      </w:r>
    </w:p>
    <w:p/>
    <w:p>
      <w:pPr>
        <w:jc w:val="right"/>
      </w:pPr>
      <w:r>
        <w:rPr>
          <w:b w:val="0"/>
        </w:rPr>
        <w:t xml:space="preserve">À </w:t>
      </w:r>
      <w:r>
        <w:rPr>
          <w:b w:val="0"/>
          <w:color w:val="2446A6"/>
        </w:rPr>
        <w:t>[Paris]</w:t>
      </w:r>
      <w:r>
        <w:rPr>
          <w:b w:val="0"/>
        </w:rPr>
        <w:t xml:space="preserve">, le </w:t>
      </w:r>
      <w:r>
        <w:rPr>
          <w:b w:val="0"/>
          <w:color w:val="2446A6"/>
        </w:rPr>
        <w:t>[24 septembre 2026]</w:t>
      </w:r>
    </w:p>
    <w:p>
      <w:pPr>
        <w:spacing w:after="0"/>
      </w:pPr>
      <w:r>
        <w:rPr>
          <w:b/>
        </w:rPr>
        <w:t>Lettre recommandée avec accusé de réception</w:t>
      </w:r>
    </w:p>
    <w:p>
      <w:r>
        <w:rPr>
          <w:b/>
        </w:rPr>
        <w:t>Objet : procuration administrative pour le dépôt d'un dossier de prestation</w:t>
      </w:r>
    </w:p>
    <w:p/>
    <w:p>
      <w:r>
        <w:rPr>
          <w:b w:val="0"/>
        </w:rPr>
        <w:t>Madame, Monsieur,</w:t>
      </w:r>
    </w:p>
    <w:p>
      <w:r>
        <w:rPr>
          <w:b w:val="0"/>
        </w:rPr>
        <w:t xml:space="preserve">Je soussigné </w:t>
      </w:r>
      <w:r>
        <w:rPr>
          <w:b w:val="0"/>
          <w:color w:val="2446A6"/>
        </w:rPr>
        <w:t>[Prénom Nom]</w:t>
      </w:r>
      <w:r>
        <w:rPr>
          <w:b w:val="0"/>
        </w:rPr>
        <w:t xml:space="preserve">, né le </w:t>
      </w:r>
      <w:r>
        <w:rPr>
          <w:b w:val="0"/>
          <w:color w:val="2446A6"/>
        </w:rPr>
        <w:t>[12 mars 1980]</w:t>
      </w:r>
      <w:r>
        <w:rPr>
          <w:b w:val="0"/>
        </w:rPr>
        <w:t xml:space="preserve"> à </w:t>
      </w:r>
      <w:r>
        <w:rPr>
          <w:b w:val="0"/>
          <w:color w:val="2446A6"/>
        </w:rPr>
        <w:t>[Lyon]</w:t>
      </w:r>
      <w:r>
        <w:rPr>
          <w:b w:val="0"/>
        </w:rPr>
        <w:t xml:space="preserve">, demeurant </w:t>
      </w:r>
      <w:r>
        <w:rPr>
          <w:b w:val="0"/>
          <w:color w:val="2446A6"/>
        </w:rPr>
        <w:t>[12 rue des Lilas, 75011 Paris]</w:t>
      </w:r>
      <w:r>
        <w:rPr>
          <w:b w:val="0"/>
        </w:rPr>
        <w:t xml:space="preserve">, donne par la présente procuration à </w:t>
      </w:r>
      <w:r>
        <w:rPr>
          <w:b w:val="0"/>
          <w:color w:val="2446A6"/>
        </w:rPr>
        <w:t>[Prénom Nom du mandataire]</w:t>
      </w:r>
      <w:r>
        <w:rPr>
          <w:b w:val="0"/>
        </w:rPr>
        <w:t xml:space="preserve">, né le </w:t>
      </w:r>
      <w:r>
        <w:rPr>
          <w:b w:val="0"/>
          <w:color w:val="2446A6"/>
        </w:rPr>
        <w:t>[5 juin 1975]</w:t>
      </w:r>
      <w:r>
        <w:rPr>
          <w:b w:val="0"/>
        </w:rPr>
        <w:t xml:space="preserve"> à </w:t>
      </w:r>
      <w:r>
        <w:rPr>
          <w:b w:val="0"/>
          <w:color w:val="2446A6"/>
        </w:rPr>
        <w:t>[Marseille]</w:t>
      </w:r>
      <w:r>
        <w:rPr>
          <w:b w:val="0"/>
        </w:rPr>
        <w:t xml:space="preserve">, demeurant </w:t>
      </w:r>
      <w:r>
        <w:rPr>
          <w:b w:val="0"/>
          <w:color w:val="2446A6"/>
        </w:rPr>
        <w:t>[8 avenue Victor-Hugo, 75016 Paris]</w:t>
      </w:r>
      <w:r>
        <w:rPr>
          <w:b w:val="0"/>
        </w:rPr>
        <w:t xml:space="preserve">, aux fins de me représenter auprès de vos services pour le dépôt, la signature et le retrait de toute pièce relative à mon dossier de prestation n° </w:t>
      </w:r>
      <w:r>
        <w:rPr>
          <w:b w:val="0"/>
          <w:color w:val="2446A6"/>
        </w:rPr>
        <w:t>[123456789]</w:t>
      </w:r>
      <w:r>
        <w:rPr>
          <w:b w:val="0"/>
        </w:rPr>
        <w:t>.</w:t>
      </w:r>
    </w:p>
    <w:p>
      <w:r>
        <w:rPr>
          <w:b w:val="0"/>
        </w:rPr>
        <w:t>Le mandataire est autorisé à effectuer les démarches suivantes : dépôt du formulaire de demande, fourniture des justificatifs de ressources, signature des documents de mise à jour et retrait de la notification de décision. Cette procuration ne couvre pas les actes de disposition ni les recours contentieux.</w:t>
      </w:r>
    </w:p>
    <w:p>
      <w:r>
        <w:rPr>
          <w:b w:val="0"/>
        </w:rPr>
        <w:t xml:space="preserve">Le mandat est consenti pour une durée de </w:t>
      </w:r>
      <w:r>
        <w:rPr>
          <w:b w:val="0"/>
          <w:color w:val="2446A6"/>
        </w:rPr>
        <w:t>[six mois]</w:t>
      </w:r>
      <w:r>
        <w:rPr>
          <w:b w:val="0"/>
        </w:rPr>
        <w:t xml:space="preserve"> à compter de la date de signature, soit jusqu'au </w:t>
      </w:r>
      <w:r>
        <w:rPr>
          <w:b w:val="0"/>
          <w:color w:val="2446A6"/>
        </w:rPr>
        <w:t>[24 mars 2027]</w:t>
      </w:r>
      <w:r>
        <w:rPr>
          <w:b w:val="0"/>
        </w:rPr>
        <w:t>. Il peut être révoqué à tout moment par lettre recommandée adressée à votre service.</w:t>
      </w:r>
    </w:p>
    <w:p>
      <w:r>
        <w:rPr>
          <w:b w:val="0"/>
        </w:rPr>
        <w:t>Vous trouverez ci-joint la copie de ma pièce d'identité, celle du mandataire ainsi que le formulaire de demande complété. Je vous prie de bien vouloir accuser réception de cet envoi et de me confirmer que le dossier est complet.</w:t>
      </w:r>
    </w:p>
    <w:p>
      <w:r>
        <w:rPr>
          <w:b w:val="0"/>
        </w:rPr>
        <w:t xml:space="preserve">Je reste joignable au </w:t>
      </w:r>
      <w:r>
        <w:rPr>
          <w:b w:val="0"/>
          <w:color w:val="2446A6"/>
        </w:rPr>
        <w:t>[06 12 34 56 78]</w:t>
      </w:r>
      <w:r>
        <w:rPr>
          <w:b w:val="0"/>
        </w:rPr>
        <w:t xml:space="preserve"> pour toute vérification complémentaire.</w:t>
      </w:r>
    </w:p>
    <w:p>
      <w:r>
        <w:rPr>
          <w:b w:val="0"/>
        </w:rPr>
        <w:t>Je vous prie d'agréer, Madame, Monsieur, l'expression de mes salutations distinguées.</w:t>
      </w:r>
    </w:p>
    <w:p/>
    <w:p>
      <w:pPr>
        <w:jc w:val="right"/>
      </w:pPr>
      <w:r>
        <w:rPr>
          <w:b w:val="0"/>
          <w:color w:val="2446A6"/>
        </w:rPr>
        <w:t>[Prénom Nom]</w:t>
      </w:r>
    </w:p>
    <w:p/>
    <w:p>
      <w:r>
        <w:rPr>
          <w:b w:val="0"/>
        </w:rPr>
        <w:t>Pièce jointe : copie recto-verso de la carte d'identité du mandant et du mandataire, formulaire de demande complété.</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procuration administrative</dc:title>
  <dc:subject/>
  <dc:creator/>
  <cp:keywords/>
  <dc:description/>
  <cp:lastModifiedBy/>
  <cp:revision>1</cp:revision>
  <dcterms:created xsi:type="dcterms:W3CDTF">2013-12-23T23:15:00Z</dcterms:created>
  <dcterms:modified xsi:type="dcterms:W3CDTF">2013-12-23T23:15:00Z</dcterms:modified>
  <cp:category/>
</cp:coreProperties>
</file>