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[12 rue des Peupliers, 44000 Nantes]</w:t>
      </w:r>
    </w:p>
    <w:p>
      <w:pPr>
        <w:spacing w:after="0"/>
      </w:pPr>
      <w:r>
        <w:rPr>
          <w:b w:val="0"/>
          <w:color w:val="2446A6"/>
        </w:rPr>
        <w:t>[06 12 34 56 78 — prenom.nom@email.fr]</w:t>
      </w:r>
    </w:p>
    <w:p/>
    <w:p>
      <w:pPr>
        <w:spacing w:after="0"/>
        <w:jc w:val="right"/>
      </w:pPr>
      <w:r>
        <w:rPr>
          <w:b w:val="0"/>
          <w:color w:val="2446A6"/>
        </w:rPr>
        <w:t>[Banque — Agence de Nantes Centre]</w:t>
      </w:r>
    </w:p>
    <w:p>
      <w:pPr>
        <w:spacing w:after="0"/>
        <w:jc w:val="right"/>
      </w:pPr>
      <w:r>
        <w:rPr>
          <w:b w:val="0"/>
          <w:color w:val="2446A6"/>
        </w:rPr>
        <w:t>[M. ou Mme le Conseiller clientèle]</w:t>
      </w:r>
    </w:p>
    <w:p>
      <w:pPr>
        <w:spacing w:after="0"/>
        <w:jc w:val="right"/>
      </w:pPr>
      <w:r>
        <w:rPr>
          <w:b w:val="0"/>
          <w:color w:val="2446A6"/>
        </w:rPr>
        <w:t>[8 place Royale, 44000 Nantes]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[Nantes]</w:t>
      </w:r>
      <w:r>
        <w:rPr>
          <w:b w:val="0"/>
        </w:rPr>
        <w:t xml:space="preserve">, le </w:t>
      </w:r>
      <w:r>
        <w:rPr>
          <w:b w:val="0"/>
          <w:color w:val="2446A6"/>
        </w:rPr>
        <w:t>[24 septembre 2026]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 xml:space="preserve">Objet : demande de procuration sur le compte n° </w:t>
      </w:r>
      <w:r>
        <w:rPr>
          <w:b/>
          <w:color w:val="2446A6"/>
        </w:rPr>
        <w:t>[12345678901]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Titulaire du compte courant n° </w:t>
      </w:r>
      <w:r>
        <w:rPr>
          <w:b w:val="0"/>
          <w:color w:val="2446A6"/>
        </w:rPr>
        <w:t>[12345678901]</w:t>
      </w:r>
      <w:r>
        <w:rPr>
          <w:b w:val="0"/>
        </w:rPr>
        <w:t xml:space="preserve"> ouvert dans votre agence, je souhaite donner procuration à </w:t>
      </w:r>
      <w:r>
        <w:rPr>
          <w:b w:val="0"/>
          <w:color w:val="2446A6"/>
        </w:rPr>
        <w:t>[Mme Claire Fontaine]</w:t>
      </w:r>
      <w:r>
        <w:rPr>
          <w:b w:val="0"/>
        </w:rPr>
        <w:t xml:space="preserve">, née le </w:t>
      </w:r>
      <w:r>
        <w:rPr>
          <w:b w:val="0"/>
          <w:color w:val="2446A6"/>
        </w:rPr>
        <w:t>[14 mars 1988]</w:t>
      </w:r>
      <w:r>
        <w:rPr>
          <w:b w:val="0"/>
        </w:rPr>
        <w:t xml:space="preserve">, demeurant </w:t>
      </w:r>
      <w:r>
        <w:rPr>
          <w:b w:val="0"/>
          <w:color w:val="2446A6"/>
        </w:rPr>
        <w:t>[5 rue des Lilas, 44300 Nantes]</w:t>
      </w:r>
      <w:r>
        <w:rPr>
          <w:b w:val="0"/>
        </w:rPr>
        <w:t>, afin qu'elle puisse effectuer les opérations suivantes : dépôts, retraits, virements ponctuels et consultation des relevés.</w:t>
      </w:r>
    </w:p>
    <w:p>
      <w:r>
        <w:rPr>
          <w:b w:val="0"/>
        </w:rPr>
        <w:t xml:space="preserve">Cette procuration est consentie pour une durée de </w:t>
      </w:r>
      <w:r>
        <w:rPr>
          <w:b w:val="0"/>
          <w:color w:val="2446A6"/>
        </w:rPr>
        <w:t>[douze mois]</w:t>
      </w:r>
      <w:r>
        <w:rPr>
          <w:b w:val="0"/>
        </w:rPr>
        <w:t xml:space="preserve"> à compter de la date d'enregistrement par vos services. Elle ne couvre ni les crédits, ni les placements, ni les opérations sur mon compte-titres.</w:t>
      </w:r>
    </w:p>
    <w:p>
      <w:r>
        <w:rPr>
          <w:b w:val="0"/>
        </w:rPr>
        <w:t xml:space="preserve">Je joins la copie recto-verso de la pièce d'identité de </w:t>
      </w:r>
      <w:r>
        <w:rPr>
          <w:b w:val="0"/>
          <w:color w:val="2446A6"/>
        </w:rPr>
        <w:t>[Mme Claire Fontaine]</w:t>
      </w:r>
      <w:r>
        <w:rPr>
          <w:b w:val="0"/>
        </w:rPr>
        <w:t xml:space="preserve">, ainsi qu'une copie de la mienne. Je reste joignable au </w:t>
      </w:r>
      <w:r>
        <w:rPr>
          <w:b w:val="0"/>
          <w:color w:val="2446A6"/>
        </w:rPr>
        <w:t>[06 12 34 56 78]</w:t>
      </w:r>
      <w:r>
        <w:rPr>
          <w:b w:val="0"/>
        </w:rPr>
        <w:t xml:space="preserve"> pour toute vérification.</w:t>
      </w:r>
    </w:p>
    <w:p>
      <w:r>
        <w:rPr>
          <w:b w:val="0"/>
        </w:rPr>
        <w:t>Je vous prie de m'indiquer par retour la date d'effet de cette procuration et de me confirmer qu'aucune opération ne sera acceptée au-delà des limites indiquées.</w:t>
      </w:r>
    </w:p>
    <w:p>
      <w:r>
        <w:rPr>
          <w:b w:val="0"/>
        </w:rPr>
        <w:t>Je vous prie d'agréer, Madame, Monsieur, l'expression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Pièces jointes : copie de la pièce d'identité du mandant et du mandataire.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procuration bancaire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