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75011 Paris]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/>
    <w:p>
      <w:pPr>
        <w:spacing w:after="0"/>
        <w:jc w:val="right"/>
      </w:pPr>
      <w:r>
        <w:rPr>
          <w:b w:val="0"/>
        </w:rPr>
        <w:t>Monsieur le Directeur</w:t>
      </w:r>
    </w:p>
    <w:p>
      <w:pPr>
        <w:spacing w:after="0"/>
        <w:jc w:val="right"/>
      </w:pPr>
      <w:r>
        <w:rPr>
          <w:b w:val="0"/>
        </w:rPr>
        <w:t>Service des cartes grises - Préfecture de police</w:t>
      </w:r>
    </w:p>
    <w:p>
      <w:pPr>
        <w:spacing w:after="0"/>
        <w:jc w:val="right"/>
      </w:pPr>
      <w:r>
        <w:rPr>
          <w:b w:val="0"/>
        </w:rPr>
        <w:t>1 bis rue de Lutèce, 75004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procuration pour effectuer les démarches d'immatriculation du véhicule </w:t>
      </w:r>
      <w:r>
        <w:rPr>
          <w:b/>
          <w:color w:val="2446A6"/>
        </w:rPr>
        <w:t>[AB-123-CD]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 le </w:t>
      </w:r>
      <w:r>
        <w:rPr>
          <w:b w:val="0"/>
          <w:color w:val="2446A6"/>
        </w:rPr>
        <w:t>[12 mars 1980]</w:t>
      </w:r>
      <w:r>
        <w:rPr>
          <w:b w:val="0"/>
        </w:rPr>
        <w:t xml:space="preserve"> à </w:t>
      </w:r>
      <w:r>
        <w:rPr>
          <w:b w:val="0"/>
          <w:color w:val="2446A6"/>
        </w:rPr>
        <w:t>[Lyon]</w:t>
      </w:r>
      <w:r>
        <w:rPr>
          <w:b w:val="0"/>
        </w:rPr>
        <w:t xml:space="preserve">, titulaire du certificat d'immatriculation du véhicule </w:t>
      </w:r>
      <w:r>
        <w:rPr>
          <w:b w:val="0"/>
          <w:color w:val="2446A6"/>
        </w:rPr>
        <w:t>[Renault Clio, immatriculé AB-123-CD]</w:t>
      </w:r>
      <w:r>
        <w:rPr>
          <w:b w:val="0"/>
        </w:rPr>
        <w:t xml:space="preserve">, donne par la présente procuration à </w:t>
      </w:r>
      <w:r>
        <w:rPr>
          <w:b w:val="0"/>
          <w:color w:val="2446A6"/>
        </w:rPr>
        <w:t>[Prénom Nom du mandataire]</w:t>
      </w:r>
      <w:r>
        <w:rPr>
          <w:b w:val="0"/>
        </w:rPr>
        <w:t xml:space="preserve">, demeurant </w:t>
      </w:r>
      <w:r>
        <w:rPr>
          <w:b w:val="0"/>
          <w:color w:val="2446A6"/>
        </w:rPr>
        <w:t>[8 avenue de la République, 69003 Lyon]</w:t>
      </w:r>
      <w:r>
        <w:rPr>
          <w:b w:val="0"/>
        </w:rPr>
        <w:t>, pour me représenter dans toutes les démarches relatives à la carte grise de ce véhicule.</w:t>
      </w:r>
    </w:p>
    <w:p>
      <w:r>
        <w:rPr>
          <w:b w:val="0"/>
        </w:rPr>
        <w:t>Le mandataire est autorisé à déposer et retirer le dossier d'immatriculation, à signer les formulaires Cerfa n° 13757 et n° 13750, à régler les taxes et redevances dues et à réceptionner le certificat d'immatriculation à mon nom.</w:t>
      </w:r>
    </w:p>
    <w:p>
      <w:r>
        <w:rPr>
          <w:b w:val="0"/>
        </w:rPr>
        <w:t xml:space="preserve">Cette procuration est valable jusqu'au </w:t>
      </w:r>
      <w:r>
        <w:rPr>
          <w:b w:val="0"/>
          <w:color w:val="2446A6"/>
        </w:rPr>
        <w:t>[31 décembre 2026]</w:t>
      </w:r>
      <w:r>
        <w:rPr>
          <w:b w:val="0"/>
        </w:rPr>
        <w:t>. Elle ne couvre aucune autre opération, notamment la vente du véhicule ou la cession à un tiers, qui requiert ma signature personnelle.</w:t>
      </w:r>
    </w:p>
    <w:p>
      <w:r>
        <w:rPr>
          <w:b w:val="0"/>
        </w:rPr>
        <w:t>Je joins une copie recto-verso de ma carte nationale d'identité, une copie du certificat d'immatriculation et une attestation de domicile de moins de six mois. Le mandataire présentera sa propre pièce d'identité au guichet.</w:t>
      </w:r>
    </w:p>
    <w:p>
      <w:r>
        <w:rPr>
          <w:b w:val="0"/>
        </w:rPr>
        <w:t>Je vous prie d'agréer, Madame, Monsieur, l'expression de mes salutations distinguées.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recto-verso de la carte d'identité, copie du certificat d'immatriculation, justificatif de domicile de moins de six mois.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procuration pour une carte grise ou un véhicule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