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[12 rue des Lilas, 69003 Lyon]</w:t>
      </w:r>
    </w:p>
    <w:p>
      <w:pPr>
        <w:spacing w:after="0"/>
      </w:pPr>
      <w:r>
        <w:rPr>
          <w:b w:val="0"/>
          <w:color w:val="2446A6"/>
        </w:rPr>
        <w:t>[06 12 34 56 78 — prenom.nom@email.fr]</w:t>
      </w:r>
    </w:p>
    <w:p/>
    <w:p>
      <w:pPr>
        <w:spacing w:after="0"/>
        <w:jc w:val="right"/>
      </w:pPr>
      <w:r>
        <w:rPr>
          <w:b w:val="0"/>
        </w:rPr>
        <w:t xml:space="preserve">Maître </w:t>
      </w:r>
      <w:r>
        <w:rPr>
          <w:b w:val="0"/>
          <w:color w:val="2446A6"/>
        </w:rPr>
        <w:t>[Prénom Nom]</w:t>
      </w:r>
      <w:r>
        <w:rPr>
          <w:b w:val="0"/>
        </w:rPr>
        <w:t>, notaire</w:t>
      </w:r>
    </w:p>
    <w:p>
      <w:pPr>
        <w:spacing w:after="0"/>
        <w:jc w:val="right"/>
      </w:pPr>
      <w:r>
        <w:rPr>
          <w:b w:val="0"/>
          <w:color w:val="2446A6"/>
        </w:rPr>
        <w:t>[Étude notariale, 8 place Bellecour, 69002 Lyon]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[Lyon]</w:t>
      </w:r>
      <w:r>
        <w:rPr>
          <w:b w:val="0"/>
        </w:rPr>
        <w:t xml:space="preserve">, le </w:t>
      </w:r>
      <w:r>
        <w:rPr>
          <w:b w:val="0"/>
          <w:color w:val="2446A6"/>
        </w:rPr>
        <w:t>[24 septembre 2026]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 xml:space="preserve">Objet : réclamation sur l'acte de vente reçu le </w:t>
      </w:r>
      <w:r>
        <w:rPr>
          <w:b/>
          <w:color w:val="2446A6"/>
        </w:rPr>
        <w:t>[12 juin 2026]</w:t>
      </w:r>
      <w:r>
        <w:rPr>
          <w:b/>
        </w:rPr>
        <w:t xml:space="preserve"> — dossier </w:t>
      </w:r>
      <w:r>
        <w:rPr>
          <w:b/>
          <w:color w:val="2446A6"/>
        </w:rPr>
        <w:t>[2026/0451]</w:t>
      </w:r>
    </w:p>
    <w:p/>
    <w:p>
      <w:r>
        <w:rPr>
          <w:b w:val="0"/>
        </w:rPr>
        <w:t>Maître,</w:t>
      </w:r>
    </w:p>
    <w:p>
      <w:r>
        <w:rPr>
          <w:b w:val="0"/>
        </w:rPr>
        <w:t xml:space="preserve">Je vous ai confié la vente de mon appartement situé </w:t>
      </w:r>
      <w:r>
        <w:rPr>
          <w:b w:val="0"/>
          <w:color w:val="2446A6"/>
        </w:rPr>
        <w:t>[14 rue Duguesclin, 69003 Lyon]</w:t>
      </w:r>
      <w:r>
        <w:rPr>
          <w:b w:val="0"/>
        </w:rPr>
        <w:t xml:space="preserve">, acte signé en votre étude le </w:t>
      </w:r>
      <w:r>
        <w:rPr>
          <w:b w:val="0"/>
          <w:color w:val="2446A6"/>
        </w:rPr>
        <w:t>[12 juin 2026]</w:t>
      </w:r>
      <w:r>
        <w:rPr>
          <w:b w:val="0"/>
        </w:rPr>
        <w:t xml:space="preserve"> sous le numéro </w:t>
      </w:r>
      <w:r>
        <w:rPr>
          <w:b w:val="0"/>
          <w:color w:val="2446A6"/>
        </w:rPr>
        <w:t>[2026/0451]</w:t>
      </w:r>
      <w:r>
        <w:rPr>
          <w:b w:val="0"/>
        </w:rPr>
        <w:t>.</w:t>
      </w:r>
    </w:p>
    <w:p>
      <w:r>
        <w:rPr>
          <w:b w:val="0"/>
        </w:rPr>
        <w:t xml:space="preserve">Trois semaines après la signature, l'acquéreur m'a informé que le solde du prix, soit </w:t>
      </w:r>
      <w:r>
        <w:rPr>
          <w:b w:val="0"/>
          <w:color w:val="2446A6"/>
        </w:rPr>
        <w:t>[18 500 €]</w:t>
      </w:r>
      <w:r>
        <w:rPr>
          <w:b w:val="0"/>
        </w:rPr>
        <w:t xml:space="preserve">, n'avait pas été versé sur mon compte, alors que l'acte prévoyait un versement à la date du </w:t>
      </w:r>
      <w:r>
        <w:rPr>
          <w:b w:val="0"/>
          <w:color w:val="2446A6"/>
        </w:rPr>
        <w:t>[30 juin 2026]</w:t>
      </w:r>
      <w:r>
        <w:rPr>
          <w:b w:val="0"/>
        </w:rPr>
        <w:t xml:space="preserve">. Votre clerc m'a indiqué par téléphone le </w:t>
      </w:r>
      <w:r>
        <w:rPr>
          <w:b w:val="0"/>
          <w:color w:val="2446A6"/>
        </w:rPr>
        <w:t>[8 juillet 2026]</w:t>
      </w:r>
      <w:r>
        <w:rPr>
          <w:b w:val="0"/>
        </w:rPr>
        <w:t xml:space="preserve"> qu'un virement avait été « oublié », sans confirmation écrite depuis.</w:t>
      </w:r>
    </w:p>
    <w:p>
      <w:r>
        <w:rPr>
          <w:b w:val="0"/>
        </w:rPr>
        <w:t xml:space="preserve">Je vous demande de me confirmer par écrit, sous huit jours, la date exacte du versement des </w:t>
      </w:r>
      <w:r>
        <w:rPr>
          <w:b w:val="0"/>
          <w:color w:val="2446A6"/>
        </w:rPr>
        <w:t>[18 500 €]</w:t>
      </w:r>
      <w:r>
        <w:rPr>
          <w:b w:val="0"/>
        </w:rPr>
        <w:t xml:space="preserve"> et de me transmettre le relevé de votre compte séquestre afférent à ce dossier. Je vous demande également la copie de l'attestation de virement adressée à l'acquéreur.</w:t>
      </w:r>
    </w:p>
    <w:p>
      <w:r>
        <w:rPr>
          <w:b w:val="0"/>
        </w:rPr>
        <w:t xml:space="preserve">À défaut de réponse dans le délai de deux mois prévu par le règlement de la médiation notariale, je saisirai le médiateur du notariat et le Conseil régional des notaires de </w:t>
      </w:r>
      <w:r>
        <w:rPr>
          <w:b w:val="0"/>
          <w:color w:val="2446A6"/>
        </w:rPr>
        <w:t>[Lyon]</w:t>
      </w:r>
      <w:r>
        <w:rPr>
          <w:b w:val="0"/>
        </w:rPr>
        <w:t xml:space="preserve">. Le retard de versement me cause un préjudice de </w:t>
      </w:r>
      <w:r>
        <w:rPr>
          <w:b w:val="0"/>
          <w:color w:val="2446A6"/>
        </w:rPr>
        <w:t>[210 €]</w:t>
      </w:r>
      <w:r>
        <w:rPr>
          <w:b w:val="0"/>
        </w:rPr>
        <w:t xml:space="preserve"> d'agios, dont je joins le justificatif.</w:t>
      </w:r>
    </w:p>
    <w:p>
      <w:r>
        <w:rPr>
          <w:b w:val="0"/>
        </w:rPr>
        <w:t>Je vous prie d'agréer, Maître, l'expression de ma considération distinguée.</w:t>
      </w:r>
    </w:p>
    <w:p>
      <w:r>
        <w:rPr>
          <w:b w:val="0"/>
        </w:rPr>
        <w:t>Je vous prie d'agréer, Maître, l'expression de ma considération distinguée.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 xml:space="preserve">Pièces jointes : copie de l'acte notarié, facture d'honoraires du </w:t>
      </w:r>
      <w:r>
        <w:rPr>
          <w:b w:val="0"/>
          <w:color w:val="2446A6"/>
        </w:rPr>
        <w:t>[12 juin 2026]</w:t>
      </w:r>
      <w:r>
        <w:rPr>
          <w:b w:val="0"/>
        </w:rPr>
        <w:t xml:space="preserve">, relevé bancaire du </w:t>
      </w:r>
      <w:r>
        <w:rPr>
          <w:b w:val="0"/>
          <w:color w:val="2446A6"/>
        </w:rPr>
        <w:t>[31 juillet 2026]</w:t>
      </w:r>
      <w:r>
        <w:rPr>
          <w:b w:val="0"/>
        </w:rPr>
        <w:t>, décompte des agios.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réclamation à un notaire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