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[M. Jean-Marc Bodin]</w:t>
      </w:r>
    </w:p>
    <w:p>
      <w:pPr>
        <w:spacing w:after="0"/>
      </w:pPr>
      <w:r>
        <w:rPr>
          <w:b w:val="0"/>
          <w:color w:val="2446A6"/>
        </w:rPr>
        <w:t>[14 rue des Mûriers, 45000 Orléans]</w:t>
      </w:r>
    </w:p>
    <w:p>
      <w:pPr>
        <w:spacing w:after="0"/>
      </w:pPr>
      <w:r>
        <w:rPr>
          <w:b w:val="0"/>
          <w:color w:val="2446A6"/>
        </w:rPr>
        <w:t>[jeanmarc.bodin@email.fr – 06 12 45 78 90]</w:t>
      </w:r>
    </w:p>
    <w:p/>
    <w:p>
      <w:pPr>
        <w:spacing w:after="0"/>
        <w:jc w:val="right"/>
      </w:pPr>
      <w:r>
        <w:rPr>
          <w:b w:val="0"/>
        </w:rPr>
        <w:t>Agirc-Arrco – Service Réclamation</w:t>
      </w:r>
    </w:p>
    <w:p>
      <w:pPr>
        <w:spacing w:after="0"/>
        <w:jc w:val="right"/>
      </w:pPr>
      <w:r>
        <w:rPr>
          <w:b w:val="0"/>
        </w:rPr>
        <w:t>16-18 rue Jules César</w:t>
      </w:r>
    </w:p>
    <w:p>
      <w:pPr>
        <w:spacing w:after="0"/>
        <w:jc w:val="right"/>
      </w:pPr>
      <w:r>
        <w:rPr>
          <w:b w:val="0"/>
        </w:rPr>
        <w:t>75012 Paris</w:t>
      </w:r>
    </w:p>
    <w:p/>
    <w:p>
      <w:pPr>
        <w:jc w:val="right"/>
      </w:pPr>
      <w:r>
        <w:rPr>
          <w:b w:val="0"/>
        </w:rPr>
        <w:t xml:space="preserve">À </w:t>
      </w:r>
      <w:r>
        <w:rPr>
          <w:b w:val="0"/>
          <w:color w:val="2446A6"/>
        </w:rPr>
        <w:t>[Orléans]</w:t>
      </w:r>
      <w:r>
        <w:rPr>
          <w:b w:val="0"/>
        </w:rPr>
        <w:t xml:space="preserve">, le </w:t>
      </w:r>
      <w:r>
        <w:rPr>
          <w:b w:val="0"/>
          <w:color w:val="2446A6"/>
        </w:rPr>
        <w:t>[24 septembre 2026]</w:t>
      </w:r>
    </w:p>
    <w:p>
      <w:pPr>
        <w:spacing w:after="0"/>
      </w:pPr>
      <w:r>
        <w:rPr>
          <w:b/>
        </w:rPr>
        <w:t>Lettre recommandée avec accusé de réception</w:t>
      </w:r>
    </w:p>
    <w:p>
      <w:r>
        <w:rPr>
          <w:b/>
        </w:rPr>
        <w:t>Objet : Réclamation pour non-paiement de ma retraite complémentaire Agirc-Arrco</w:t>
      </w:r>
    </w:p>
    <w:p/>
    <w:p>
      <w:r>
        <w:rPr>
          <w:b w:val="0"/>
        </w:rPr>
        <w:t>Madame, Monsieur,</w:t>
      </w:r>
    </w:p>
    <w:p>
      <w:r>
        <w:rPr>
          <w:b w:val="0"/>
        </w:rPr>
        <w:t xml:space="preserve">Titulaire d'une retraite complémentaire Agirc-Arrco sous le numéro de sécurité sociale </w:t>
      </w:r>
      <w:r>
        <w:rPr>
          <w:b w:val="0"/>
          <w:color w:val="2446A6"/>
        </w:rPr>
        <w:t>[1 65 12 45 123 456 78]</w:t>
      </w:r>
      <w:r>
        <w:rPr>
          <w:b w:val="0"/>
        </w:rPr>
        <w:t xml:space="preserve">, j'ai reçu votre notification d'attribution en date du </w:t>
      </w:r>
      <w:r>
        <w:rPr>
          <w:b w:val="0"/>
          <w:color w:val="2446A6"/>
        </w:rPr>
        <w:t>[12 juin 2026]</w:t>
      </w:r>
      <w:r>
        <w:rPr>
          <w:b w:val="0"/>
        </w:rPr>
        <w:t xml:space="preserve">. Elle confirme une pension mensuelle de </w:t>
      </w:r>
      <w:r>
        <w:rPr>
          <w:b w:val="0"/>
          <w:color w:val="2446A6"/>
        </w:rPr>
        <w:t>[1 247,36 € bruts]</w:t>
      </w:r>
      <w:r>
        <w:rPr>
          <w:b w:val="0"/>
        </w:rPr>
        <w:t xml:space="preserve">, payable le premier jour de chaque mois. Aucun virement n'a été enregistré le </w:t>
      </w:r>
      <w:r>
        <w:rPr>
          <w:b w:val="0"/>
          <w:color w:val="2446A6"/>
        </w:rPr>
        <w:t>[1er septembre 2026]</w:t>
      </w:r>
      <w:r>
        <w:rPr>
          <w:b w:val="0"/>
        </w:rPr>
        <w:t>, ni depuis.</w:t>
      </w:r>
    </w:p>
    <w:p>
      <w:r>
        <w:rPr>
          <w:b w:val="0"/>
        </w:rPr>
        <w:t xml:space="preserve">Après vérification auprès de ma banque, j'écarte toute erreur de RIB : mon relevé d'identité bancaire vous a été transmis le </w:t>
      </w:r>
      <w:r>
        <w:rPr>
          <w:b w:val="0"/>
          <w:color w:val="2446A6"/>
        </w:rPr>
        <w:t>[3 mai 2026]</w:t>
      </w:r>
      <w:r>
        <w:rPr>
          <w:b w:val="0"/>
        </w:rPr>
        <w:t xml:space="preserve"> et figure dans mon dossier de demande. Trois appels au service client, les </w:t>
      </w:r>
      <w:r>
        <w:rPr>
          <w:b w:val="0"/>
          <w:color w:val="2446A6"/>
        </w:rPr>
        <w:t>[8, 15 et 22 septembre 2026]</w:t>
      </w:r>
      <w:r>
        <w:rPr>
          <w:b w:val="0"/>
        </w:rPr>
        <w:t>, n'ont pas permis de débloquer le versement.</w:t>
      </w:r>
    </w:p>
    <w:p>
      <w:r>
        <w:rPr>
          <w:b w:val="0"/>
        </w:rPr>
        <w:t>Conformément à l'article R142-1-A du Code de la sécurité sociale, vous disposez d'un délai de deux mois pour statuer sur une réclamation. En l'absence de réponse écrite de votre part sous ce délai, je saisirai la commission de recours amiable, puis le tribunal judiciaire compétent.</w:t>
      </w:r>
    </w:p>
    <w:p>
      <w:r>
        <w:rPr>
          <w:b w:val="0"/>
        </w:rPr>
        <w:t xml:space="preserve">Je demande le virement de la somme due de </w:t>
      </w:r>
      <w:r>
        <w:rPr>
          <w:b w:val="0"/>
          <w:color w:val="2446A6"/>
        </w:rPr>
        <w:t>[1 247,36 €]</w:t>
      </w:r>
      <w:r>
        <w:rPr>
          <w:b w:val="0"/>
        </w:rPr>
        <w:t xml:space="preserve">, augmentée des intérêts de retard au taux légal à compter du </w:t>
      </w:r>
      <w:r>
        <w:rPr>
          <w:b w:val="0"/>
          <w:color w:val="2446A6"/>
        </w:rPr>
        <w:t>[1er septembre 2026]</w:t>
      </w:r>
      <w:r>
        <w:rPr>
          <w:b w:val="0"/>
        </w:rPr>
        <w:t>, sous quinze jours à compter de la réception de la présente.</w:t>
      </w:r>
    </w:p>
    <w:p>
      <w:r>
        <w:rPr>
          <w:b w:val="0"/>
        </w:rPr>
        <w:t>Je vous prie de croire, Madame, Monsieur, en l'expression de ma considération distinguée.</w:t>
      </w:r>
    </w:p>
    <w:p/>
    <w:p>
      <w:pPr>
        <w:jc w:val="right"/>
      </w:pPr>
      <w:r>
        <w:rPr>
          <w:b w:val="0"/>
          <w:color w:val="2446A6"/>
        </w:rPr>
        <w:t>[Jean-Marc Bodin]</w:t>
      </w:r>
    </w:p>
    <w:p/>
    <w:p>
      <w:r>
        <w:rPr>
          <w:b w:val="0"/>
        </w:rPr>
        <w:t xml:space="preserve">Pièce jointe : copie de la notification d'attribution du </w:t>
      </w:r>
      <w:r>
        <w:rPr>
          <w:b w:val="0"/>
          <w:color w:val="2446A6"/>
        </w:rPr>
        <w:t>[12 juin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réclamation pour un problème de retraite (Agirc-Arrco)</dc:title>
  <dc:subject/>
  <dc:creator/>
  <cp:keywords/>
  <dc:description/>
  <cp:lastModifiedBy/>
  <cp:revision>1</cp:revision>
  <dcterms:created xsi:type="dcterms:W3CDTF">2013-12-23T23:15:00Z</dcterms:created>
  <dcterms:modified xsi:type="dcterms:W3CDTF">2013-12-23T23:15:00Z</dcterms:modified>
  <cp:category/>
</cp:coreProperties>
</file>