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Tilleuls, 44000 Nantes]</w:t>
      </w:r>
    </w:p>
    <w:p>
      <w:pPr>
        <w:spacing w:after="0"/>
      </w:pPr>
      <w:r>
        <w:rPr>
          <w:b w:val="0"/>
          <w:color w:val="2446A6"/>
        </w:rPr>
        <w:t>[06 12 34 56 78 — {prenom.nom@email.fr]</w:t>
      </w:r>
      <w:r>
        <w:rPr>
          <w:b w:val="0"/>
        </w:rPr>
        <w:t>}</w:t>
      </w:r>
    </w:p>
    <w:p/>
    <w:p>
      <w:pPr>
        <w:spacing w:after="0"/>
        <w:jc w:val="right"/>
      </w:pPr>
      <w:r>
        <w:rPr>
          <w:b w:val="0"/>
        </w:rPr>
        <w:t xml:space="preserve">Maître </w:t>
      </w:r>
      <w:r>
        <w:rPr>
          <w:b w:val="0"/>
          <w:color w:val="2446A6"/>
        </w:rPr>
        <w:t>[Prénom Nom]</w:t>
      </w:r>
    </w:p>
    <w:p>
      <w:pPr>
        <w:spacing w:after="0"/>
        <w:jc w:val="right"/>
      </w:pPr>
      <w:r>
        <w:rPr>
          <w:b w:val="0"/>
        </w:rPr>
        <w:t xml:space="preserve">Notaire associé — Étude </w:t>
      </w:r>
      <w:r>
        <w:rPr>
          <w:b w:val="0"/>
          <w:color w:val="2446A6"/>
        </w:rPr>
        <w:t>[Nom de l'étude]</w:t>
      </w:r>
    </w:p>
    <w:p>
      <w:pPr>
        <w:spacing w:after="0"/>
        <w:jc w:val="right"/>
      </w:pPr>
      <w:r>
        <w:rPr>
          <w:b w:val="0"/>
          <w:color w:val="2446A6"/>
        </w:rPr>
        <w:t>[8 place du Commerce, 44000 Nantes]</w:t>
      </w:r>
    </w:p>
    <w:p/>
    <w:p>
      <w:pPr>
        <w:jc w:val="right"/>
      </w:pPr>
      <w:r>
        <w:rPr>
          <w:b w:val="0"/>
        </w:rPr>
        <w:t xml:space="preserve">À </w:t>
      </w:r>
      <w:r>
        <w:rPr>
          <w:b w:val="0"/>
          <w:color w:val="2446A6"/>
        </w:rPr>
        <w:t>[Nantes]</w:t>
      </w:r>
      <w:r>
        <w:rPr>
          <w:b w:val="0"/>
        </w:rPr>
        <w:t xml:space="preserve">, le </w:t>
      </w:r>
      <w:r>
        <w:rPr>
          <w:b w:val="0"/>
          <w:color w:val="2446A6"/>
        </w:rPr>
        <w:t>[24 septembre 2026]</w:t>
      </w:r>
    </w:p>
    <w:p>
      <w:pPr>
        <w:spacing w:after="0"/>
      </w:pPr>
      <w:r>
        <w:rPr>
          <w:b/>
        </w:rPr>
        <w:t>Lettre recommandée avec accusé de réception</w:t>
      </w:r>
    </w:p>
    <w:p>
      <w:r>
        <w:rPr>
          <w:b/>
        </w:rPr>
        <w:t xml:space="preserve">Objet : relance de la succession de </w:t>
      </w:r>
      <w:r>
        <w:rPr>
          <w:b/>
          <w:color w:val="2446A6"/>
        </w:rPr>
        <w:t>[M. Jean Nom]</w:t>
      </w:r>
      <w:r>
        <w:rPr>
          <w:b/>
        </w:rPr>
        <w:t xml:space="preserve">, décédé le </w:t>
      </w:r>
      <w:r>
        <w:rPr>
          <w:b/>
          <w:color w:val="2446A6"/>
        </w:rPr>
        <w:t>[12 janvier 2026]</w:t>
      </w:r>
      <w:r>
        <w:rPr>
          <w:b/>
        </w:rPr>
        <w:t xml:space="preserve"> — dossier n° </w:t>
      </w:r>
      <w:r>
        <w:rPr>
          <w:b/>
          <w:color w:val="2446A6"/>
        </w:rPr>
        <w:t>[2026-0451]</w:t>
      </w:r>
    </w:p>
    <w:p/>
    <w:p>
      <w:r>
        <w:rPr>
          <w:b w:val="0"/>
        </w:rPr>
        <w:t>Maître,</w:t>
      </w:r>
    </w:p>
    <w:p>
      <w:r>
        <w:rPr>
          <w:b w:val="0"/>
        </w:rPr>
        <w:t xml:space="preserve">Vous avez reçu le dossier de la succession de </w:t>
      </w:r>
      <w:r>
        <w:rPr>
          <w:b w:val="0"/>
          <w:color w:val="2446A6"/>
        </w:rPr>
        <w:t>[M. Jean Nom]</w:t>
      </w:r>
      <w:r>
        <w:rPr>
          <w:b w:val="0"/>
        </w:rPr>
        <w:t xml:space="preserve">, mon </w:t>
      </w:r>
      <w:r>
        <w:rPr>
          <w:b w:val="0"/>
          <w:color w:val="2446A6"/>
        </w:rPr>
        <w:t>[oncle]</w:t>
      </w:r>
      <w:r>
        <w:rPr>
          <w:b w:val="0"/>
        </w:rPr>
        <w:t xml:space="preserve">, décédé à </w:t>
      </w:r>
      <w:r>
        <w:rPr>
          <w:b w:val="0"/>
          <w:color w:val="2446A6"/>
        </w:rPr>
        <w:t>[Nantes]</w:t>
      </w:r>
      <w:r>
        <w:rPr>
          <w:b w:val="0"/>
        </w:rPr>
        <w:t xml:space="preserve"> le </w:t>
      </w:r>
      <w:r>
        <w:rPr>
          <w:b w:val="0"/>
          <w:color w:val="2446A6"/>
        </w:rPr>
        <w:t>[12 janvier 2026]</w:t>
      </w:r>
      <w:r>
        <w:rPr>
          <w:b w:val="0"/>
        </w:rPr>
        <w:t xml:space="preserve">. Vous avez été désigné par l'ensemble des héritiers et avez reçu l'attestation de dépôt de mon dossier d'héritier le </w:t>
      </w:r>
      <w:r>
        <w:rPr>
          <w:b w:val="0"/>
          <w:color w:val="2446A6"/>
        </w:rPr>
        <w:t>[3 mars 2026]</w:t>
      </w:r>
      <w:r>
        <w:rPr>
          <w:b w:val="0"/>
        </w:rPr>
        <w:t>.</w:t>
      </w:r>
    </w:p>
    <w:p>
      <w:r>
        <w:rPr>
          <w:b w:val="0"/>
        </w:rPr>
        <w:t xml:space="preserve">Depuis cette date, aucune convocation pour la signature de l'acte de partage ne m'est parvenue, et mon courrier du </w:t>
      </w:r>
      <w:r>
        <w:rPr>
          <w:b w:val="0"/>
          <w:color w:val="2446A6"/>
        </w:rPr>
        <w:t>[15 juin 2026]</w:t>
      </w:r>
      <w:r>
        <w:rPr>
          <w:b w:val="0"/>
        </w:rPr>
        <w:t xml:space="preserve"> est resté sans réponse. Le délai de six mois fixé par l'article 641 du Code civil pour le règlement des droits de succession est écoulé depuis le </w:t>
      </w:r>
      <w:r>
        <w:rPr>
          <w:b w:val="0"/>
          <w:color w:val="2446A6"/>
        </w:rPr>
        <w:t>[12 juillet 2026]</w:t>
      </w:r>
      <w:r>
        <w:rPr>
          <w:b w:val="0"/>
        </w:rPr>
        <w:t>, ce qui expose les héritiers à l'intérêt de retard de 0,20 % par mois prévu à l'article 1727 du Code général des impôts.</w:t>
      </w:r>
    </w:p>
    <w:p>
      <w:r>
        <w:rPr>
          <w:b w:val="0"/>
        </w:rPr>
        <w:t>Je vous demande donc de me communiquer, sous quinze jours à compter de la réception de la présente, l'état d'avancement du dossier, la date prévisible de signature de l'acte de partage et la liste des pièces qui manquent encore. Si des frais de notaire restent dus, je réglerai le solde par virement dès réception de votre note d'honoraires.</w:t>
      </w:r>
    </w:p>
    <w:p>
      <w:r>
        <w:rPr>
          <w:b w:val="0"/>
        </w:rPr>
        <w:t xml:space="preserve">À défaut de réponse dans ce délai, je saisirai le président de la chambre des notaires de </w:t>
      </w:r>
      <w:r>
        <w:rPr>
          <w:b w:val="0"/>
          <w:color w:val="2446A6"/>
        </w:rPr>
        <w:t>[Loire-Atlantique]</w:t>
      </w:r>
      <w:r>
        <w:rPr>
          <w:b w:val="0"/>
        </w:rPr>
        <w:t xml:space="preserve"> d'une demande de médiation, conformément à l'article 4 du décret n° 73-1202 du 28 décembre 1973.</w:t>
      </w:r>
    </w:p>
    <w:p>
      <w:r>
        <w:rPr>
          <w:b w:val="0"/>
        </w:rPr>
        <w:t>Je reste à votre disposition pour tout complément d'information et vous remercie de l'attention portée à ce dossier.</w:t>
      </w:r>
    </w:p>
    <w:p>
      <w:r>
        <w:rPr>
          <w:b w:val="0"/>
        </w:rPr>
        <w:t>Je vous prie d'agréer, Maître, l'expression de ma considération distinguée.</w:t>
      </w:r>
    </w:p>
    <w:p/>
    <w:p>
      <w:pPr>
        <w:jc w:val="right"/>
      </w:pPr>
      <w:r>
        <w:rPr>
          <w:b w:val="0"/>
          <w:color w:val="2446A6"/>
        </w:rPr>
        <w:t>[Prénom Nom]</w:t>
      </w:r>
    </w:p>
    <w:p/>
    <w:p>
      <w:r>
        <w:rPr>
          <w:b w:val="0"/>
        </w:rPr>
        <w:t xml:space="preserve">Pièces jointes : copie de l'acte de décès, copie de ma pièce d'identité, copie de mon courrier du </w:t>
      </w:r>
      <w:r>
        <w:rPr>
          <w:b w:val="0"/>
          <w:color w:val="2446A6"/>
        </w:rPr>
        <w:t>[15 juin 2026]</w:t>
      </w:r>
      <w:r>
        <w:rPr>
          <w:b w:val="0"/>
        </w:rPr>
        <w:t xml:space="preserve"> et de l'accusé de réception.</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relance à un notaire pour une succession</dc:title>
  <dc:subject/>
  <dc:creator/>
  <cp:keywords/>
  <dc:description/>
  <cp:lastModifiedBy/>
  <cp:revision>1</cp:revision>
  <dcterms:created xsi:type="dcterms:W3CDTF">2013-12-23T23:15:00Z</dcterms:created>
  <dcterms:modified xsi:type="dcterms:W3CDTF">2013-12-23T23:15:00Z</dcterms:modified>
  <cp:category/>
</cp:coreProperties>
</file>