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rPr>
        <w:t xml:space="preserve">M. </w:t>
      </w:r>
      <w:r>
        <w:rPr>
          <w:b w:val="0"/>
          <w:color w:val="2446A6"/>
        </w:rPr>
        <w:t>[Prénom Nom]</w:t>
      </w:r>
    </w:p>
    <w:p>
      <w:pPr>
        <w:spacing w:after="0"/>
      </w:pPr>
      <w:r>
        <w:rPr>
          <w:b w:val="0"/>
          <w:color w:val="2446A6"/>
        </w:rPr>
        <w:t>[12 rue des Lilas]</w:t>
      </w:r>
    </w:p>
    <w:p>
      <w:pPr>
        <w:spacing w:after="0"/>
      </w:pPr>
      <w:r>
        <w:rPr>
          <w:b w:val="0"/>
          <w:color w:val="2446A6"/>
        </w:rPr>
        <w:t>[75011]</w:t>
      </w:r>
      <w:r>
        <w:rPr>
          <w:b w:val="0"/>
        </w:rPr>
        <w:t xml:space="preserve"> </w:t>
      </w:r>
      <w:r>
        <w:rPr>
          <w:b w:val="0"/>
          <w:color w:val="2446A6"/>
        </w:rPr>
        <w:t>[Paris]</w:t>
      </w:r>
    </w:p>
    <w:p>
      <w:pPr>
        <w:spacing w:after="0"/>
      </w:pPr>
      <w:r>
        <w:rPr>
          <w:b w:val="0"/>
          <w:color w:val="2446A6"/>
        </w:rPr>
        <w:t>[06 12 34 56 78]</w:t>
      </w:r>
    </w:p>
    <w:p>
      <w:pPr>
        <w:spacing w:after="0"/>
      </w:pPr>
      <w:r>
        <w:rPr>
          <w:b w:val="0"/>
          <w:color w:val="2446A6"/>
        </w:rPr>
        <w:t>[prenom.nom@email.fr]</w:t>
      </w:r>
    </w:p>
    <w:p/>
    <w:p>
      <w:pPr>
        <w:spacing w:after="0"/>
        <w:jc w:val="right"/>
      </w:pPr>
      <w:r>
        <w:rPr>
          <w:b w:val="0"/>
        </w:rPr>
        <w:t>Préfecture de police de Paris</w:t>
      </w:r>
    </w:p>
    <w:p>
      <w:pPr>
        <w:spacing w:after="0"/>
        <w:jc w:val="right"/>
      </w:pPr>
      <w:r>
        <w:rPr>
          <w:b w:val="0"/>
        </w:rPr>
        <w:t>Direction des étrangers en France</w:t>
      </w:r>
    </w:p>
    <w:p>
      <w:pPr>
        <w:spacing w:after="0"/>
        <w:jc w:val="right"/>
      </w:pPr>
      <w:r>
        <w:rPr>
          <w:b w:val="0"/>
        </w:rPr>
        <w:t>1 rue de Lutèce</w:t>
      </w:r>
    </w:p>
    <w:p>
      <w:pPr>
        <w:spacing w:after="0"/>
        <w:jc w:val="right"/>
      </w:pPr>
      <w:r>
        <w:rPr>
          <w:b w:val="0"/>
        </w:rPr>
        <w:t>75004 Paris</w:t>
      </w:r>
    </w:p>
    <w:p/>
    <w:p>
      <w:pPr>
        <w:jc w:val="right"/>
      </w:pPr>
      <w:r>
        <w:rPr>
          <w:b w:val="0"/>
        </w:rPr>
        <w:t>À Paris, le 24 septembre 2026</w:t>
      </w:r>
    </w:p>
    <w:p>
      <w:pPr>
        <w:spacing w:after="0"/>
      </w:pPr>
      <w:r>
        <w:rPr>
          <w:b/>
        </w:rPr>
        <w:t>Lettre recommandée avec accusé de réception</w:t>
      </w:r>
    </w:p>
    <w:p>
      <w:r>
        <w:rPr>
          <w:b/>
        </w:rPr>
        <w:t xml:space="preserve">Objet : Relance de ma demande de titre de séjour – dossier n° </w:t>
      </w:r>
      <w:r>
        <w:rPr>
          <w:b/>
          <w:color w:val="2446A6"/>
        </w:rPr>
        <w:t>[numéro de dossier]</w:t>
      </w:r>
    </w:p>
    <w:p/>
    <w:p>
      <w:r>
        <w:rPr>
          <w:b w:val="0"/>
        </w:rPr>
        <w:t>Madame, Monsieur,</w:t>
      </w:r>
    </w:p>
    <w:p>
      <w:r>
        <w:rPr>
          <w:b w:val="0"/>
        </w:rPr>
        <w:t xml:space="preserve">Le 12 mars 2026, j'ai déposé auprès de votre service une demande de carte de séjour temporaire « vie privée et familiale », enregistrée sous le numéro </w:t>
      </w:r>
      <w:r>
        <w:rPr>
          <w:b w:val="0"/>
          <w:color w:val="2446A6"/>
        </w:rPr>
        <w:t>[numéro de dossier]</w:t>
      </w:r>
      <w:r>
        <w:rPr>
          <w:b w:val="0"/>
        </w:rPr>
        <w:t xml:space="preserve">. Le récépissé de dépôt n° </w:t>
      </w:r>
      <w:r>
        <w:rPr>
          <w:b w:val="0"/>
          <w:color w:val="2446A6"/>
        </w:rPr>
        <w:t>[numéro de récépissé]</w:t>
      </w:r>
      <w:r>
        <w:rPr>
          <w:b w:val="0"/>
        </w:rPr>
        <w:t xml:space="preserve"> qui m'a été remis ce jour-là expire le </w:t>
      </w:r>
      <w:r>
        <w:rPr>
          <w:b w:val="0"/>
          <w:color w:val="2446A6"/>
        </w:rPr>
        <w:t>[date d'expiration]</w:t>
      </w:r>
      <w:r>
        <w:rPr>
          <w:b w:val="0"/>
        </w:rPr>
        <w:t>.</w:t>
      </w:r>
    </w:p>
    <w:p>
      <w:r>
        <w:rPr>
          <w:b w:val="0"/>
        </w:rPr>
        <w:t>À ce jour, soit plus de six mois après le dépôt, je n'ai reçu ni convocation, ni décision. L'article R. 432-1 du code de l'entrée et du séjour des étrangers et du droit d'asile prévoit qu'à l'expiration d'un délai de quatre mois, le silence gardé par l'administration vaut décision implicite de rejet. Je vous demande de m'indiquer l'état d'avancement de mon dossier et de me fixer un rendez-vous avant cette échéance.</w:t>
      </w:r>
    </w:p>
    <w:p>
      <w:r>
        <w:rPr>
          <w:b w:val="0"/>
        </w:rPr>
        <w:t>Je joins à ce courrier la copie du récépissé de dépôt et de l'accusé de dépôt. Dans l'attente de votre réponse, je vous remercie de bien vouloir me confirmer la date de convocation.</w:t>
      </w:r>
    </w:p>
    <w:p>
      <w:r>
        <w:rPr>
          <w:b w:val="0"/>
        </w:rPr>
        <w:t>Je vous prie d'agréer, Madame, Monsieur, l'expression de ma considération distinguée.</w:t>
      </w:r>
    </w:p>
    <w:p/>
    <w:p>
      <w:pPr>
        <w:jc w:val="right"/>
      </w:pPr>
      <w:r>
        <w:rPr>
          <w:b w:val="0"/>
          <w:color w:val="2446A6"/>
        </w:rPr>
        <w:t>[Prénom Nom]</w:t>
      </w:r>
    </w:p>
    <w:p/>
    <w:p>
      <w:r>
        <w:rPr>
          <w:b w:val="0"/>
        </w:rPr>
        <w:t>Pièce jointe : copie du récépissé de dépôt et de l'accusé de dépôt.</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relance pour un dossier de titre de séjour</dc:title>
  <dc:subject/>
  <dc:creator/>
  <cp:keywords/>
  <dc:description/>
  <cp:lastModifiedBy/>
  <cp:revision>1</cp:revision>
  <dcterms:created xsi:type="dcterms:W3CDTF">2013-12-23T23:15:00Z</dcterms:created>
  <dcterms:modified xsi:type="dcterms:W3CDTF">2013-12-23T23:15:00Z</dcterms:modified>
  <cp:category/>
</cp:coreProperties>
</file>