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 xml:space="preserve">Chère </w:t>
      </w:r>
      <w:r>
        <w:rPr>
          <w:b w:val="0"/>
          <w:color w:val="2446A6"/>
        </w:rPr>
        <w:t>[Nadia]</w:t>
      </w:r>
      <w:r>
        <w:rPr>
          <w:b w:val="0"/>
        </w:rPr>
        <w:t>,</w:t>
      </w:r>
    </w:p>
    <w:p>
      <w:r>
        <w:rPr>
          <w:b w:val="0"/>
        </w:rPr>
        <w:t xml:space="preserve">Ce matin, </w:t>
      </w:r>
      <w:r>
        <w:rPr>
          <w:b w:val="0"/>
          <w:color w:val="2446A6"/>
        </w:rPr>
        <w:t>[Léon]</w:t>
      </w:r>
      <w:r>
        <w:rPr>
          <w:b w:val="0"/>
        </w:rPr>
        <w:t xml:space="preserve"> a rangé ses chaussons dans le casier pour la dernière fois. Il a vérifié que le doudou était bien dans son sac, comme vous le lui avez appris. Dans trois jours, il entre à la maternelle de la rue </w:t>
      </w:r>
      <w:r>
        <w:rPr>
          <w:b w:val="0"/>
          <w:color w:val="2446A6"/>
        </w:rPr>
        <w:t>[des Lilas]</w:t>
      </w:r>
      <w:r>
        <w:rPr>
          <w:b w:val="0"/>
        </w:rPr>
        <w:t>, et c'est vous qui l'avez préparé à ce grand saut.</w:t>
      </w:r>
    </w:p>
    <w:p>
      <w:r>
        <w:rPr>
          <w:b w:val="0"/>
        </w:rPr>
        <w:t xml:space="preserve">Je repense aux </w:t>
      </w:r>
      <w:r>
        <w:rPr>
          <w:b w:val="0"/>
          <w:color w:val="2446A6"/>
        </w:rPr>
        <w:t>[deux années et demie]</w:t>
      </w:r>
      <w:r>
        <w:rPr>
          <w:b w:val="0"/>
        </w:rPr>
        <w:t xml:space="preserve"> passées chez vous. Aux purées de courge qu'il refusait et que vous transformiez en velouté avec une pincée de cumin. Aux siestes dans le petit lit près de la fenêtre, à la chanson des </w:t>
      </w:r>
      <w:r>
        <w:rPr>
          <w:b w:val="0"/>
          <w:color w:val="2446A6"/>
        </w:rPr>
        <w:t>[trois petits chats]</w:t>
      </w:r>
      <w:r>
        <w:rPr>
          <w:b w:val="0"/>
        </w:rPr>
        <w:t xml:space="preserve"> que vous chantiez faux exprès pour le faire rire. Aux après-midis où vous sortiez le bac de sable même quand le ciel hésitait.</w:t>
      </w:r>
    </w:p>
    <w:p>
      <w:r>
        <w:rPr>
          <w:b w:val="0"/>
        </w:rPr>
        <w:t xml:space="preserve">Vous avez appris à </w:t>
      </w:r>
      <w:r>
        <w:rPr>
          <w:b w:val="0"/>
          <w:color w:val="2446A6"/>
        </w:rPr>
        <w:t>[Léon]</w:t>
      </w:r>
      <w:r>
        <w:rPr>
          <w:b w:val="0"/>
        </w:rPr>
        <w:t xml:space="preserve"> à dire « merci », à attendre son tour, à tenir un pinceau. Vous m'avez rassurée les jours où je partais le ventre noué, en m'envoyant une photo de lui endormi la bouche ouverte. Ces messages-là, je les ai gardés.</w:t>
      </w:r>
    </w:p>
    <w:p>
      <w:r>
        <w:rPr>
          <w:b w:val="0"/>
        </w:rPr>
        <w:t xml:space="preserve">Merci pour votre patience, pour vos mains qui ont essuyé les larmes et coupé les ongles, pour les gâteaux d'anniversaire ratés et mangés quand même. </w:t>
      </w:r>
      <w:r>
        <w:rPr>
          <w:b w:val="0"/>
          <w:color w:val="2446A6"/>
        </w:rPr>
        <w:t>[Léon]</w:t>
      </w:r>
      <w:r>
        <w:rPr>
          <w:b w:val="0"/>
        </w:rPr>
        <w:t xml:space="preserve"> vous réclame encore le vendredi : « c'est le jour des crêpes chez </w:t>
      </w:r>
      <w:r>
        <w:rPr>
          <w:b w:val="0"/>
          <w:color w:val="2446A6"/>
        </w:rPr>
        <w:t>[Nadia]</w:t>
      </w:r>
      <w:r>
        <w:rPr>
          <w:b w:val="0"/>
        </w:rPr>
        <w:t xml:space="preserve"> ».</w:t>
      </w:r>
    </w:p>
    <w:p>
      <w:r>
        <w:rPr>
          <w:b w:val="0"/>
        </w:rPr>
        <w:t>Nous ne disparaissons pas. Vous restez la première maison où il a été heureux sans nous. S'il vous demande des nouvelles, il en aura.</w:t>
      </w:r>
    </w:p>
    <w:p>
      <w:r>
        <w:rPr>
          <w:b w:val="0"/>
        </w:rPr>
        <w:t>Avec toute notre affection,</w:t>
      </w:r>
    </w:p>
    <w:p/>
    <w:p>
      <w:pPr>
        <w:jc w:val="right"/>
      </w:pPr>
      <w:r>
        <w:rPr>
          <w:b w:val="0"/>
          <w:color w:val="2446A6"/>
        </w:rPr>
        <w:t>[Claire et Thomas]</w:t>
      </w:r>
    </w:p>
    <w:p/>
    <w:p>
      <w:r>
        <w:rPr>
          <w:b w:val="0"/>
        </w:rPr>
        <w:t xml:space="preserve">Pièce jointe : un dessin de </w:t>
      </w:r>
      <w:r>
        <w:rPr>
          <w:b w:val="0"/>
          <w:color w:val="2446A6"/>
        </w:rPr>
        <w:t>[Léon]</w:t>
      </w:r>
      <w:r>
        <w:rPr>
          <w:b w:val="0"/>
        </w:rPr>
        <w:t xml:space="preserve"> et une photo de lui le jour de la rentrée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remerciement pour une nounou ou une assistante maternelle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