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Cher </w:t>
      </w:r>
      <w:r>
        <w:rPr>
          <w:b w:val="0"/>
          <w:color w:val="2446A6"/>
        </w:rPr>
        <w:t>[prénom]</w:t>
      </w:r>
      <w:r>
        <w:rPr>
          <w:b w:val="0"/>
        </w:rPr>
        <w:t>,</w:t>
      </w:r>
    </w:p>
    <w:p>
      <w:r>
        <w:rPr>
          <w:b w:val="0"/>
        </w:rPr>
        <w:t xml:space="preserve">Je t'écris parce qu'après </w:t>
      </w:r>
      <w:r>
        <w:rPr>
          <w:b w:val="0"/>
          <w:color w:val="2446A6"/>
        </w:rPr>
        <w:t>[quatre ans]</w:t>
      </w:r>
      <w:r>
        <w:rPr>
          <w:b w:val="0"/>
        </w:rPr>
        <w:t xml:space="preserve"> je ne peux plus faire comme si le </w:t>
      </w:r>
      <w:r>
        <w:rPr>
          <w:b w:val="0"/>
          <w:color w:val="2446A6"/>
        </w:rPr>
        <w:t>[23 mai 2021]</w:t>
      </w:r>
      <w:r>
        <w:rPr>
          <w:b w:val="0"/>
        </w:rPr>
        <w:t xml:space="preserve"> n'avait pas existé. Ce soir-là, tu m'as demandé de mentir à </w:t>
      </w:r>
      <w:r>
        <w:rPr>
          <w:b w:val="0"/>
          <w:color w:val="2446A6"/>
        </w:rPr>
        <w:t>[ma soeur]</w:t>
      </w:r>
      <w:r>
        <w:rPr>
          <w:b w:val="0"/>
        </w:rPr>
        <w:t xml:space="preserve"> pour cacher une dette de </w:t>
      </w:r>
      <w:r>
        <w:rPr>
          <w:b w:val="0"/>
          <w:color w:val="2446A6"/>
        </w:rPr>
        <w:t>[800 euros]</w:t>
      </w:r>
      <w:r>
        <w:rPr>
          <w:b w:val="0"/>
        </w:rPr>
        <w:t xml:space="preserve"> que tu n'as jamais remboursée. Mon silence a détruit une complicité de </w:t>
      </w:r>
      <w:r>
        <w:rPr>
          <w:b w:val="0"/>
          <w:color w:val="2446A6"/>
        </w:rPr>
        <w:t>[trente ans]</w:t>
      </w:r>
      <w:r>
        <w:rPr>
          <w:b w:val="0"/>
        </w:rPr>
        <w:t>.</w:t>
      </w:r>
    </w:p>
    <w:p>
      <w:r>
        <w:rPr>
          <w:b w:val="0"/>
        </w:rPr>
        <w:t xml:space="preserve">Le </w:t>
      </w:r>
      <w:r>
        <w:rPr>
          <w:b w:val="0"/>
          <w:color w:val="2446A6"/>
        </w:rPr>
        <w:t>[15 août 2022]</w:t>
      </w:r>
      <w:r>
        <w:rPr>
          <w:b w:val="0"/>
        </w:rPr>
        <w:t xml:space="preserve">, tu es parti en fureur parce que je portais une chemise </w:t>
      </w:r>
      <w:r>
        <w:rPr>
          <w:b w:val="0"/>
          <w:color w:val="2446A6"/>
        </w:rPr>
        <w:t>[rouge]</w:t>
      </w:r>
      <w:r>
        <w:rPr>
          <w:b w:val="0"/>
        </w:rPr>
        <w:t xml:space="preserve"> que tu ne connaissais pas. Tu m'as insultée devant le café </w:t>
      </w:r>
      <w:r>
        <w:rPr>
          <w:b w:val="0"/>
          <w:color w:val="2446A6"/>
        </w:rPr>
        <w:t>[Les Tilleuls]</w:t>
      </w:r>
      <w:r>
        <w:rPr>
          <w:b w:val="0"/>
        </w:rPr>
        <w:t xml:space="preserve">, puis tu m'as enfermée dans la voiture pendant </w:t>
      </w:r>
      <w:r>
        <w:rPr>
          <w:b w:val="0"/>
          <w:color w:val="2446A6"/>
        </w:rPr>
        <w:t>[une demi-heure]</w:t>
      </w:r>
      <w:r>
        <w:rPr>
          <w:b w:val="0"/>
        </w:rPr>
        <w:t xml:space="preserve"> sous le soleil. Ce jour, j'ai compris que ta jalousie ne protégeait rien : elle m'étouffait.</w:t>
      </w:r>
    </w:p>
    <w:p>
      <w:r>
        <w:rPr>
          <w:b w:val="0"/>
        </w:rPr>
        <w:t xml:space="preserve">Depuis </w:t>
      </w:r>
      <w:r>
        <w:rPr>
          <w:b w:val="0"/>
          <w:color w:val="2446A6"/>
        </w:rPr>
        <w:t>[Pâques dernier]</w:t>
      </w:r>
      <w:r>
        <w:rPr>
          <w:b w:val="0"/>
        </w:rPr>
        <w:t xml:space="preserve">, je regarde mon téléphone avec peur. Ma mère a dû venir trois fois en </w:t>
      </w:r>
      <w:r>
        <w:rPr>
          <w:b w:val="0"/>
          <w:color w:val="2446A6"/>
        </w:rPr>
        <w:t>[mars]</w:t>
      </w:r>
      <w:r>
        <w:rPr>
          <w:b w:val="0"/>
        </w:rPr>
        <w:t xml:space="preserve"> parce que j'avais perdu </w:t>
      </w:r>
      <w:r>
        <w:rPr>
          <w:b w:val="0"/>
          <w:color w:val="2446A6"/>
        </w:rPr>
        <w:t>[sept kilos]</w:t>
      </w:r>
      <w:r>
        <w:rPr>
          <w:b w:val="0"/>
        </w:rPr>
        <w:t xml:space="preserve">. Elle a vu les marques sur mon poignet le </w:t>
      </w:r>
      <w:r>
        <w:rPr>
          <w:b w:val="0"/>
          <w:color w:val="2446A6"/>
        </w:rPr>
        <w:t>[2 avril]</w:t>
      </w:r>
      <w:r>
        <w:rPr>
          <w:b w:val="0"/>
        </w:rPr>
        <w:t xml:space="preserve"> sans que je puisse expliquer. Tu n'as jamais levé la main, mais tes mots frappaient chaque soir.</w:t>
      </w:r>
    </w:p>
    <w:p>
      <w:r>
        <w:rPr>
          <w:b w:val="0"/>
        </w:rPr>
        <w:t xml:space="preserve">Je ne veux plus croiser ton ombre au marché ni recevoir tes messages. Cette lettre coupe le lien. Je garde une copie chez </w:t>
      </w:r>
      <w:r>
        <w:rPr>
          <w:b w:val="0"/>
          <w:color w:val="2446A6"/>
        </w:rPr>
        <w:t>[mon oncle Jacques]</w:t>
      </w:r>
      <w:r>
        <w:rPr>
          <w:b w:val="0"/>
        </w:rPr>
        <w:t xml:space="preserve"> et je ne répondrai à aucune tentative. Mon avenir recommence ce </w:t>
      </w:r>
      <w:r>
        <w:rPr>
          <w:b w:val="0"/>
          <w:color w:val="2446A6"/>
        </w:rPr>
        <w:t>[matin de septembre]</w:t>
      </w:r>
      <w:r>
        <w:rPr>
          <w:b w:val="0"/>
        </w:rPr>
        <w:t>.</w:t>
      </w:r>
    </w:p>
    <w:p>
      <w:r>
        <w:rPr>
          <w:b w:val="0"/>
        </w:rPr>
        <w:t xml:space="preserve">Adieu, </w:t>
      </w:r>
      <w:r>
        <w:rPr>
          <w:b w:val="0"/>
          <w:color w:val="2446A6"/>
        </w:rPr>
        <w:t>[Prénom]</w:t>
      </w:r>
      <w:r>
        <w:rPr>
          <w:b w:val="0"/>
        </w:rPr>
        <w:t>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rupture pour une relation toxique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