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Lilas, 75011 Paris]</w:t>
      </w:r>
    </w:p>
    <w:p>
      <w:pPr>
        <w:spacing w:after="0"/>
      </w:pPr>
      <w:r>
        <w:rPr>
          <w:b w:val="0"/>
          <w:color w:val="2446A6"/>
        </w:rPr>
        <w:t>[06 12 34 56 78]</w:t>
      </w:r>
    </w:p>
    <w:p/>
    <w:p>
      <w:pPr>
        <w:spacing w:after="0"/>
        <w:jc w:val="right"/>
      </w:pPr>
      <w:r>
        <w:rPr>
          <w:b w:val="0"/>
          <w:color w:val="2446A6"/>
        </w:rPr>
        <w:t>[Raison sociale de l'employeur]</w:t>
      </w:r>
    </w:p>
    <w:p>
      <w:pPr>
        <w:spacing w:after="0"/>
        <w:jc w:val="right"/>
      </w:pPr>
      <w:r>
        <w:rPr>
          <w:b w:val="0"/>
          <w:color w:val="2446A6"/>
        </w:rPr>
        <w:t>[À l'attention du service paie]</w:t>
      </w:r>
    </w:p>
    <w:p>
      <w:pPr>
        <w:spacing w:after="0"/>
        <w:jc w:val="right"/>
      </w:pPr>
      <w:r>
        <w:rPr>
          <w:b w:val="0"/>
          <w:color w:val="2446A6"/>
        </w:rPr>
        <w:t>[45 avenue de la République, 69003 Lyon]</w:t>
      </w:r>
    </w:p>
    <w:p/>
    <w:p>
      <w:pPr>
        <w:jc w:val="right"/>
      </w:pPr>
      <w:r>
        <w:rPr>
          <w:b w:val="0"/>
        </w:rPr>
        <w:t xml:space="preserve">À </w:t>
      </w:r>
      <w:r>
        <w:rPr>
          <w:b w:val="0"/>
          <w:color w:val="2446A6"/>
        </w:rPr>
        <w:t>[Paris]</w:t>
      </w:r>
      <w:r>
        <w:rPr>
          <w:b w:val="0"/>
        </w:rPr>
        <w:t xml:space="preserve">, le </w:t>
      </w:r>
      <w:r>
        <w:rPr>
          <w:b w:val="0"/>
          <w:color w:val="2446A6"/>
        </w:rPr>
        <w:t>[24 septembre 2026]</w:t>
      </w:r>
    </w:p>
    <w:p>
      <w:pPr>
        <w:spacing w:after="0"/>
      </w:pPr>
      <w:r>
        <w:rPr>
          <w:b/>
        </w:rPr>
        <w:t>Lettre recommandée avec accusé de réception</w:t>
      </w:r>
    </w:p>
    <w:p>
      <w:r>
        <w:rPr>
          <w:b/>
        </w:rPr>
        <w:t>Objet : mise en demeure de paiement des salaires impayés et du solde de tout compte</w:t>
      </w:r>
    </w:p>
    <w:p/>
    <w:p>
      <w:r>
        <w:rPr>
          <w:b w:val="0"/>
        </w:rPr>
        <w:t>Madame, Monsieur,</w:t>
      </w:r>
    </w:p>
    <w:p>
      <w:r>
        <w:rPr>
          <w:b w:val="0"/>
        </w:rPr>
        <w:t xml:space="preserve">Salarié(e) de votre entreprise depuis le </w:t>
      </w:r>
      <w:r>
        <w:rPr>
          <w:b w:val="0"/>
          <w:color w:val="2446A6"/>
        </w:rPr>
        <w:t>[1er mars 2023]</w:t>
      </w:r>
      <w:r>
        <w:rPr>
          <w:b w:val="0"/>
        </w:rPr>
        <w:t xml:space="preserve"> en qualité de </w:t>
      </w:r>
      <w:r>
        <w:rPr>
          <w:b w:val="0"/>
          <w:color w:val="2446A6"/>
        </w:rPr>
        <w:t>[vendeur]</w:t>
      </w:r>
      <w:r>
        <w:rPr>
          <w:b w:val="0"/>
        </w:rPr>
        <w:t xml:space="preserve">, je constate que le salaire du mois de </w:t>
      </w:r>
      <w:r>
        <w:rPr>
          <w:b w:val="0"/>
          <w:color w:val="2446A6"/>
        </w:rPr>
        <w:t>[août 2026]</w:t>
      </w:r>
      <w:r>
        <w:rPr>
          <w:b w:val="0"/>
        </w:rPr>
        <w:t xml:space="preserve">, d'un montant net de </w:t>
      </w:r>
      <w:r>
        <w:rPr>
          <w:b w:val="0"/>
          <w:color w:val="2446A6"/>
        </w:rPr>
        <w:t>[1 842,37 €]</w:t>
      </w:r>
      <w:r>
        <w:rPr>
          <w:b w:val="0"/>
        </w:rPr>
        <w:t xml:space="preserve">, n'a pas été versé à la date de paie fixée au </w:t>
      </w:r>
      <w:r>
        <w:rPr>
          <w:b w:val="0"/>
          <w:color w:val="2446A6"/>
        </w:rPr>
        <w:t>[31 août 2026]</w:t>
      </w:r>
      <w:r>
        <w:rPr>
          <w:b w:val="0"/>
        </w:rPr>
        <w:t xml:space="preserve"> par mon contrat.</w:t>
      </w:r>
    </w:p>
    <w:p>
      <w:r>
        <w:rPr>
          <w:b w:val="0"/>
        </w:rPr>
        <w:t xml:space="preserve">Malgré ma relance du </w:t>
      </w:r>
      <w:r>
        <w:rPr>
          <w:b w:val="0"/>
          <w:color w:val="2446A6"/>
        </w:rPr>
        <w:t>[8 septembre 2026]</w:t>
      </w:r>
      <w:r>
        <w:rPr>
          <w:b w:val="0"/>
        </w:rPr>
        <w:t xml:space="preserve"> adressée au service paie, aucune somme ne m'a été réglée à ce jour. Le bulletin de paie du mois concerné mentionne pourtant bien cette rémunération.</w:t>
      </w:r>
    </w:p>
    <w:p>
      <w:r>
        <w:rPr>
          <w:b w:val="0"/>
        </w:rPr>
        <w:t xml:space="preserve">Par la présente, je vous mets en demeure de me verser l'intégralité des sommes dues, soit </w:t>
      </w:r>
      <w:r>
        <w:rPr>
          <w:b w:val="0"/>
          <w:color w:val="2446A6"/>
        </w:rPr>
        <w:t>[1 842,37 €]</w:t>
      </w:r>
      <w:r>
        <w:rPr>
          <w:b w:val="0"/>
        </w:rPr>
        <w:t xml:space="preserve"> de salaire net, dans un délai de huit jours à compter de la réception de ce courrier.</w:t>
      </w:r>
    </w:p>
    <w:p>
      <w:r>
        <w:rPr>
          <w:b w:val="0"/>
        </w:rPr>
        <w:t xml:space="preserve">Je vous rappelle qu'à défaut de paiement dans ce délai, je saisirai le conseil de prud'hommes de </w:t>
      </w:r>
      <w:r>
        <w:rPr>
          <w:b w:val="0"/>
          <w:color w:val="2446A6"/>
        </w:rPr>
        <w:t>[Paris]</w:t>
      </w:r>
      <w:r>
        <w:rPr>
          <w:b w:val="0"/>
        </w:rPr>
        <w:t xml:space="preserve"> pour obtenir le paiement des salaires, des congés payés afférents et des intérêts au taux légal, et qu'une action pour travail dissimulé pourra être engagée sur le fondement de l'article L. 8221-5 du Code du travail.</w:t>
      </w:r>
    </w:p>
    <w:p>
      <w:r>
        <w:rPr>
          <w:b w:val="0"/>
        </w:rPr>
        <w:t>Je vous prie d'agréer, Madame, Monsieur, l'expression de mes salutations distinguées.</w:t>
      </w:r>
    </w:p>
    <w:p>
      <w:r>
        <w:rPr>
          <w:b w:val="0"/>
        </w:rPr>
        <w:t>Je vous prie d'agréer, Madame, Monsieur, l'expression de mes salutations distinguées.</w:t>
      </w:r>
    </w:p>
    <w:p/>
    <w:p>
      <w:pPr>
        <w:jc w:val="right"/>
      </w:pPr>
      <w:r>
        <w:rPr>
          <w:b w:val="0"/>
          <w:color w:val="2446A6"/>
        </w:rPr>
        <w:t>[Prénom Nom]</w:t>
      </w:r>
    </w:p>
    <w:p/>
    <w:p>
      <w:r>
        <w:rPr>
          <w:b w:val="0"/>
        </w:rPr>
        <w:t xml:space="preserve">Pièce jointe : copie du contrat de travail, bulletins de paie de </w:t>
      </w:r>
      <w:r>
        <w:rPr>
          <w:b w:val="0"/>
          <w:color w:val="2446A6"/>
        </w:rPr>
        <w:t>[juillet et août 2026]</w:t>
      </w:r>
      <w:r>
        <w:rPr>
          <w:b w:val="0"/>
        </w:rPr>
        <w:t xml:space="preserve">, copie de la relance du </w:t>
      </w:r>
      <w:r>
        <w:rPr>
          <w:b w:val="0"/>
          <w:color w:val="2446A6"/>
        </w:rPr>
        <w:t>[8 septembre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mise en demeure à l'employeur pour un salaire impayé</dc:title>
  <dc:subject/>
  <dc:creator/>
  <cp:keywords/>
  <dc:description/>
  <cp:lastModifiedBy/>
  <cp:revision>1</cp:revision>
  <dcterms:created xsi:type="dcterms:W3CDTF">2013-12-23T23:15:00Z</dcterms:created>
  <dcterms:modified xsi:type="dcterms:W3CDTF">2013-12-23T23:15:00Z</dcterms:modified>
  <cp:category/>
</cp:coreProperties>
</file>